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3F481" w14:textId="77777777" w:rsidR="00F5294F" w:rsidRDefault="00000000">
      <w:pPr>
        <w:pStyle w:val="Subtitle"/>
      </w:pPr>
      <w:r>
        <w:t>Cardinia Shire Council</w:t>
      </w:r>
    </w:p>
    <w:p w14:paraId="6217DD57" w14:textId="77777777" w:rsidR="00F5294F" w:rsidRDefault="00000000">
      <w:pPr>
        <w:pStyle w:val="Title"/>
      </w:pPr>
      <w:r>
        <w:t>Thriving Communities</w:t>
      </w:r>
    </w:p>
    <w:p w14:paraId="489342B3" w14:textId="77777777" w:rsidR="00F5294F" w:rsidRDefault="00000000">
      <w:pPr>
        <w:pStyle w:val="Heading1"/>
      </w:pPr>
      <w:r>
        <w:t>Inclusion and Equity Strategy and Action Plan</w:t>
      </w:r>
    </w:p>
    <w:p w14:paraId="54729CAD" w14:textId="77777777" w:rsidR="00F5294F" w:rsidRDefault="00000000">
      <w:r>
        <w:t>2026–2030</w:t>
      </w:r>
    </w:p>
    <w:p w14:paraId="4BF175E8" w14:textId="77777777" w:rsidR="00F5294F" w:rsidRDefault="00000000">
      <w:pPr>
        <w:pStyle w:val="Title"/>
      </w:pPr>
      <w:r>
        <w:t>DRAFT Easy Read version</w:t>
      </w:r>
    </w:p>
    <w:p w14:paraId="3F37525C" w14:textId="20BC02B6" w:rsidR="00F5294F" w:rsidRDefault="00F5294F"/>
    <w:p w14:paraId="485F71C2" w14:textId="77777777" w:rsidR="00F5294F" w:rsidRDefault="00000000">
      <w:r>
        <w:br w:type="page"/>
      </w:r>
    </w:p>
    <w:p w14:paraId="109BED41" w14:textId="77777777" w:rsidR="00F5294F" w:rsidRDefault="00000000">
      <w:pPr>
        <w:pStyle w:val="Heading1"/>
      </w:pPr>
      <w:r>
        <w:lastRenderedPageBreak/>
        <w:t>What is in this document?</w:t>
      </w:r>
    </w:p>
    <w:p w14:paraId="48E99EEB" w14:textId="40E027D7" w:rsidR="00F5294F" w:rsidRDefault="00000000">
      <w:r>
        <w:rPr>
          <w:b/>
        </w:rPr>
        <w:t xml:space="preserve">How to use this </w:t>
      </w:r>
      <w:proofErr w:type="gramStart"/>
      <w:r>
        <w:rPr>
          <w:b/>
        </w:rPr>
        <w:t>document</w:t>
      </w:r>
      <w:r>
        <w:t xml:space="preserve">  —</w:t>
      </w:r>
      <w:proofErr w:type="gramEnd"/>
      <w:r>
        <w:t xml:space="preserve">  page</w:t>
      </w:r>
      <w:r w:rsidR="00C8659D">
        <w:t xml:space="preserve">s </w:t>
      </w:r>
      <w:r>
        <w:t>3</w:t>
      </w:r>
      <w:r w:rsidR="00C8659D">
        <w:t xml:space="preserve"> &amp; 4</w:t>
      </w:r>
    </w:p>
    <w:p w14:paraId="22D4D23E" w14:textId="22E07D54" w:rsidR="00C8659D" w:rsidRDefault="00C8659D">
      <w:r w:rsidRPr="00C8659D">
        <w:rPr>
          <w:b/>
          <w:bCs/>
        </w:rPr>
        <w:t>Acknowledgement of Country</w:t>
      </w:r>
      <w:r>
        <w:t xml:space="preserve"> – page 4 </w:t>
      </w:r>
    </w:p>
    <w:p w14:paraId="1CF21442" w14:textId="79614B6A" w:rsidR="00E31093" w:rsidRDefault="00E31093">
      <w:r w:rsidRPr="00E31093">
        <w:rPr>
          <w:b/>
          <w:bCs/>
        </w:rPr>
        <w:t>Message from our Mayor</w:t>
      </w:r>
      <w:r>
        <w:t xml:space="preserve"> — page 5</w:t>
      </w:r>
    </w:p>
    <w:p w14:paraId="45828213" w14:textId="1A00FB7F" w:rsidR="00F5294F" w:rsidRDefault="00000000">
      <w:r>
        <w:rPr>
          <w:b/>
        </w:rPr>
        <w:t xml:space="preserve">Our </w:t>
      </w:r>
      <w:r w:rsidR="00E31093">
        <w:rPr>
          <w:b/>
        </w:rPr>
        <w:t xml:space="preserve">strategy </w:t>
      </w:r>
      <w:r>
        <w:rPr>
          <w:b/>
        </w:rPr>
        <w:t xml:space="preserve">and why it </w:t>
      </w:r>
      <w:proofErr w:type="gramStart"/>
      <w:r>
        <w:rPr>
          <w:b/>
        </w:rPr>
        <w:t>matters</w:t>
      </w:r>
      <w:r>
        <w:t xml:space="preserve">  —</w:t>
      </w:r>
      <w:proofErr w:type="gramEnd"/>
      <w:r>
        <w:t xml:space="preserve">  page </w:t>
      </w:r>
      <w:r w:rsidR="00E31093">
        <w:t>6</w:t>
      </w:r>
    </w:p>
    <w:p w14:paraId="3AC4F18A" w14:textId="1541F20C" w:rsidR="00F5294F" w:rsidRDefault="00000000">
      <w:r>
        <w:rPr>
          <w:b/>
        </w:rPr>
        <w:t xml:space="preserve">Different people, different </w:t>
      </w:r>
      <w:proofErr w:type="gramStart"/>
      <w:r>
        <w:rPr>
          <w:b/>
        </w:rPr>
        <w:t>needs</w:t>
      </w:r>
      <w:r>
        <w:t xml:space="preserve">  —</w:t>
      </w:r>
      <w:proofErr w:type="gramEnd"/>
      <w:r>
        <w:t xml:space="preserve">  page </w:t>
      </w:r>
      <w:r w:rsidR="00E31093">
        <w:t>8</w:t>
      </w:r>
    </w:p>
    <w:p w14:paraId="3072FE6B" w14:textId="252D6199" w:rsidR="00F5294F" w:rsidRDefault="00000000">
      <w:r>
        <w:rPr>
          <w:b/>
        </w:rPr>
        <w:t xml:space="preserve">What people have told </w:t>
      </w:r>
      <w:proofErr w:type="gramStart"/>
      <w:r>
        <w:rPr>
          <w:b/>
        </w:rPr>
        <w:t>us</w:t>
      </w:r>
      <w:r>
        <w:t xml:space="preserve">  —</w:t>
      </w:r>
      <w:proofErr w:type="gramEnd"/>
      <w:r>
        <w:t xml:space="preserve">  page </w:t>
      </w:r>
      <w:r w:rsidR="00E31093">
        <w:t>10</w:t>
      </w:r>
    </w:p>
    <w:p w14:paraId="46972D0E" w14:textId="68702121" w:rsidR="00F5294F" w:rsidRDefault="00000000">
      <w:r>
        <w:rPr>
          <w:b/>
        </w:rPr>
        <w:t xml:space="preserve">Our 5 areas of </w:t>
      </w:r>
      <w:proofErr w:type="gramStart"/>
      <w:r>
        <w:rPr>
          <w:b/>
        </w:rPr>
        <w:t>work</w:t>
      </w:r>
      <w:r>
        <w:t xml:space="preserve">  —</w:t>
      </w:r>
      <w:proofErr w:type="gramEnd"/>
      <w:r>
        <w:t xml:space="preserve">  page </w:t>
      </w:r>
      <w:r w:rsidR="00E31093">
        <w:t>11</w:t>
      </w:r>
    </w:p>
    <w:p w14:paraId="30A8584A" w14:textId="01AF9F31" w:rsidR="00F5294F" w:rsidRDefault="00000000">
      <w:r>
        <w:rPr>
          <w:b/>
        </w:rPr>
        <w:t xml:space="preserve">How we will check our </w:t>
      </w:r>
      <w:proofErr w:type="gramStart"/>
      <w:r>
        <w:rPr>
          <w:b/>
        </w:rPr>
        <w:t>work</w:t>
      </w:r>
      <w:r>
        <w:t xml:space="preserve">  —</w:t>
      </w:r>
      <w:proofErr w:type="gramEnd"/>
      <w:r>
        <w:t xml:space="preserve">  page 1</w:t>
      </w:r>
      <w:r w:rsidR="00E31093">
        <w:t>8</w:t>
      </w:r>
    </w:p>
    <w:p w14:paraId="454FDF6E" w14:textId="08AF9B4E" w:rsidR="00F5294F" w:rsidRDefault="00000000">
      <w:r>
        <w:rPr>
          <w:b/>
        </w:rPr>
        <w:t xml:space="preserve">Tell us what you </w:t>
      </w:r>
      <w:proofErr w:type="gramStart"/>
      <w:r>
        <w:rPr>
          <w:b/>
        </w:rPr>
        <w:t>think</w:t>
      </w:r>
      <w:r>
        <w:t xml:space="preserve">  —</w:t>
      </w:r>
      <w:proofErr w:type="gramEnd"/>
      <w:r>
        <w:t xml:space="preserve">  page 1</w:t>
      </w:r>
      <w:r w:rsidR="00E31093">
        <w:t>9</w:t>
      </w:r>
    </w:p>
    <w:p w14:paraId="60FB6C29" w14:textId="1EC9A339" w:rsidR="00E31093" w:rsidRDefault="00E31093">
      <w:r w:rsidRPr="00E31093">
        <w:rPr>
          <w:b/>
          <w:bCs/>
        </w:rPr>
        <w:t>What happens next?</w:t>
      </w:r>
      <w:r>
        <w:t xml:space="preserve"> — page 20</w:t>
      </w:r>
    </w:p>
    <w:p w14:paraId="7E8AFA68" w14:textId="1C06DDB0" w:rsidR="00C8659D" w:rsidRDefault="00000000">
      <w:pPr>
        <w:rPr>
          <w:b/>
        </w:rPr>
      </w:pPr>
      <w:r>
        <w:rPr>
          <w:b/>
        </w:rPr>
        <w:t xml:space="preserve">Word list </w:t>
      </w:r>
      <w:proofErr w:type="gramStart"/>
      <w:r w:rsidR="00C8659D">
        <w:t>—  page</w:t>
      </w:r>
      <w:proofErr w:type="gramEnd"/>
      <w:r w:rsidR="00C8659D">
        <w:t xml:space="preserve"> 21</w:t>
      </w:r>
      <w:r w:rsidR="00FD540A">
        <w:t xml:space="preserve"> &amp; 22</w:t>
      </w:r>
    </w:p>
    <w:p w14:paraId="243B62EB" w14:textId="3EE5EF8E" w:rsidR="00F5294F" w:rsidRDefault="00C8659D">
      <w:r>
        <w:rPr>
          <w:b/>
        </w:rPr>
        <w:t>Contact details</w:t>
      </w:r>
      <w:r>
        <w:t xml:space="preserve">  —  page </w:t>
      </w:r>
      <w:r w:rsidR="00E31093">
        <w:t>2</w:t>
      </w:r>
      <w:r w:rsidR="00FD540A">
        <w:t>3</w:t>
      </w:r>
    </w:p>
    <w:p w14:paraId="154E90B0" w14:textId="77777777" w:rsidR="00F5294F" w:rsidRDefault="00000000">
      <w:r>
        <w:br w:type="page"/>
      </w:r>
    </w:p>
    <w:p w14:paraId="02117613" w14:textId="77777777" w:rsidR="00F5294F" w:rsidRDefault="00000000">
      <w:pPr>
        <w:pStyle w:val="Heading1"/>
      </w:pPr>
      <w:r>
        <w:lastRenderedPageBreak/>
        <w:t>How to use this document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7A7318B" w14:textId="77777777">
        <w:tc>
          <w:tcPr>
            <w:tcW w:w="2551" w:type="dxa"/>
            <w:vAlign w:val="center"/>
          </w:tcPr>
          <w:p w14:paraId="72EB6AFA" w14:textId="531634D2" w:rsidR="00F5294F" w:rsidRDefault="00D916DA">
            <w:r>
              <w:fldChar w:fldCharType="begin"/>
            </w:r>
            <w:r>
              <w:instrText xml:space="preserve"> INCLUDEPICTURE "blob:https://chatgpt.com/25f1e3a3-cbaf-465f-ac14-e4dccd0df77d" \* MERGEFORMATINET </w:instrText>
            </w:r>
            <w:r>
              <w:fldChar w:fldCharType="separate"/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09B2107" wp14:editId="3B6286D2">
                      <wp:extent cx="304800" cy="304800"/>
                      <wp:effectExtent l="0" t="0" r="0" b="0"/>
                      <wp:docPr id="846764335" name="Rectangle 1" descr="Generated 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1A9F11" id="Rectangle 1" o:spid="_x0000_s1026" alt="Generated imag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fldChar w:fldCharType="end"/>
            </w:r>
            <w:r>
              <w:rPr>
                <w:noProof/>
              </w:rPr>
              <w:drawing>
                <wp:inline distT="0" distB="0" distL="0" distR="0" wp14:anchorId="15F54A10" wp14:editId="060F6EAB">
                  <wp:extent cx="1482725" cy="992505"/>
                  <wp:effectExtent l="0" t="0" r="3175" b="0"/>
                  <wp:docPr id="204299955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2999556" name="Picture 204299955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92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C73DBE1" w14:textId="20B517C2" w:rsidR="00F5294F" w:rsidRDefault="00000000">
            <w:pPr>
              <w:spacing w:after="80"/>
            </w:pPr>
            <w:r>
              <w:t>Cardinia Shire Council wrote this</w:t>
            </w:r>
            <w:r w:rsidR="004F40F6">
              <w:t xml:space="preserve"> </w:t>
            </w:r>
            <w:r>
              <w:t>document.</w:t>
            </w:r>
          </w:p>
          <w:p w14:paraId="13C71617" w14:textId="77777777" w:rsidR="00F5294F" w:rsidRDefault="00000000">
            <w:pPr>
              <w:spacing w:after="80"/>
            </w:pPr>
            <w:r>
              <w:t>When we say “we”, we mean Council.</w:t>
            </w:r>
          </w:p>
        </w:tc>
      </w:tr>
    </w:tbl>
    <w:p w14:paraId="44247C62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094D371F" w14:textId="77777777">
        <w:tc>
          <w:tcPr>
            <w:tcW w:w="2551" w:type="dxa"/>
            <w:vAlign w:val="center"/>
          </w:tcPr>
          <w:p w14:paraId="46C4A21A" w14:textId="5CA183EB" w:rsidR="00F5294F" w:rsidRDefault="00D916DA">
            <w:r>
              <w:rPr>
                <w:noProof/>
              </w:rPr>
              <w:drawing>
                <wp:inline distT="0" distB="0" distL="0" distR="0" wp14:anchorId="3B4EAC1B" wp14:editId="3BA51BF9">
                  <wp:extent cx="1482725" cy="991870"/>
                  <wp:effectExtent l="0" t="0" r="3175" b="0"/>
                  <wp:docPr id="200299617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996173" name="Picture 200299617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91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08BABDF" w14:textId="1144CC04" w:rsidR="00F5294F" w:rsidRDefault="00000000">
            <w:pPr>
              <w:spacing w:after="80"/>
            </w:pPr>
            <w:r>
              <w:t>We use pictures and short sentences to help explain our plan.</w:t>
            </w:r>
            <w:r w:rsidR="004F40F6">
              <w:t xml:space="preserve"> </w:t>
            </w:r>
          </w:p>
        </w:tc>
      </w:tr>
    </w:tbl>
    <w:p w14:paraId="41781791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4F40F6" w14:paraId="43EC3E13" w14:textId="77777777">
        <w:tc>
          <w:tcPr>
            <w:tcW w:w="2551" w:type="dxa"/>
            <w:vAlign w:val="center"/>
          </w:tcPr>
          <w:p w14:paraId="372CEB05" w14:textId="1EDFDD12" w:rsidR="004F40F6" w:rsidRDefault="004F40F6" w:rsidP="004F40F6">
            <w:r>
              <w:rPr>
                <w:noProof/>
              </w:rPr>
              <w:drawing>
                <wp:inline distT="0" distB="0" distL="0" distR="0" wp14:anchorId="0D30B72F" wp14:editId="20F05008">
                  <wp:extent cx="1482725" cy="847725"/>
                  <wp:effectExtent l="0" t="0" r="3175" b="3175"/>
                  <wp:docPr id="33305098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6908353" name="Picture 1566908353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1D1B119" w14:textId="77777777" w:rsidR="004F40F6" w:rsidRDefault="004F40F6" w:rsidP="004F40F6">
            <w:pPr>
              <w:spacing w:after="80"/>
            </w:pPr>
            <w:r w:rsidRPr="004F40F6">
              <w:rPr>
                <w:rStyle w:val="Strong"/>
                <w:b w:val="0"/>
                <w:bCs w:val="0"/>
              </w:rPr>
              <w:t>We use</w:t>
            </w:r>
            <w:r>
              <w:rPr>
                <w:rStyle w:val="Strong"/>
              </w:rPr>
              <w:t xml:space="preserve"> bold </w:t>
            </w:r>
            <w:r w:rsidRPr="004F40F6">
              <w:rPr>
                <w:rStyle w:val="Strong"/>
                <w:b w:val="0"/>
                <w:bCs w:val="0"/>
              </w:rPr>
              <w:t>words to show important ideas</w:t>
            </w:r>
            <w:r>
              <w:rPr>
                <w:rStyle w:val="Strong"/>
                <w:b w:val="0"/>
                <w:bCs w:val="0"/>
              </w:rPr>
              <w:t>.</w:t>
            </w:r>
            <w:r>
              <w:br/>
              <w:t>Bold letters are thicker and darker.</w:t>
            </w:r>
          </w:p>
          <w:p w14:paraId="5140F462" w14:textId="78A5ECC7" w:rsidR="004F40F6" w:rsidRDefault="004F40F6" w:rsidP="004F40F6">
            <w:pPr>
              <w:spacing w:after="80"/>
            </w:pPr>
          </w:p>
        </w:tc>
      </w:tr>
      <w:tr w:rsidR="004F40F6" w14:paraId="0384A8D3" w14:textId="77777777" w:rsidTr="004F40F6">
        <w:tc>
          <w:tcPr>
            <w:tcW w:w="2551" w:type="dxa"/>
            <w:vAlign w:val="center"/>
          </w:tcPr>
          <w:p w14:paraId="19F2FDF3" w14:textId="4163EB19" w:rsidR="004F40F6" w:rsidRDefault="00C51AE7" w:rsidP="00EE7C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13EEE8E" wp14:editId="14B10245">
                  <wp:extent cx="1482725" cy="837565"/>
                  <wp:effectExtent l="0" t="0" r="3175" b="635"/>
                  <wp:docPr id="1757721851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7721851" name="Picture 175772185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837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6EB0756E" w14:textId="055B05E0" w:rsidR="004F40F6" w:rsidRPr="004F40F6" w:rsidRDefault="004F40F6" w:rsidP="004F40F6">
            <w:pPr>
              <w:spacing w:after="200"/>
              <w:rPr>
                <w:szCs w:val="30"/>
              </w:rPr>
            </w:pPr>
            <w:r w:rsidRPr="004F40F6">
              <w:rPr>
                <w:color w:val="1E2837"/>
                <w:szCs w:val="30"/>
              </w:rPr>
              <w:t>You can find the</w:t>
            </w:r>
            <w:r w:rsidR="00EB3701">
              <w:rPr>
                <w:color w:val="1E2837"/>
                <w:szCs w:val="30"/>
              </w:rPr>
              <w:t xml:space="preserve"> bolded word </w:t>
            </w:r>
            <w:r w:rsidRPr="004F40F6">
              <w:rPr>
                <w:color w:val="1E2837"/>
                <w:szCs w:val="30"/>
              </w:rPr>
              <w:t xml:space="preserve">meanings in the word list </w:t>
            </w:r>
            <w:r w:rsidR="00F34420">
              <w:rPr>
                <w:color w:val="1E2837"/>
                <w:szCs w:val="30"/>
              </w:rPr>
              <w:t>on page 20.</w:t>
            </w:r>
          </w:p>
          <w:p w14:paraId="4FC995CD" w14:textId="77777777" w:rsidR="004F40F6" w:rsidRDefault="004F40F6" w:rsidP="00EE7CDA">
            <w:pPr>
              <w:spacing w:after="80"/>
            </w:pPr>
          </w:p>
        </w:tc>
      </w:tr>
      <w:tr w:rsidR="00697877" w14:paraId="6FC0F0B8" w14:textId="77777777" w:rsidTr="00697877">
        <w:tc>
          <w:tcPr>
            <w:tcW w:w="2551" w:type="dxa"/>
            <w:vAlign w:val="center"/>
          </w:tcPr>
          <w:p w14:paraId="29DFB101" w14:textId="4D3395B4" w:rsidR="00697877" w:rsidRDefault="00697877" w:rsidP="00EE7C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F02F37B" wp14:editId="3C99062D">
                  <wp:extent cx="1482725" cy="1163955"/>
                  <wp:effectExtent l="0" t="0" r="3175" b="4445"/>
                  <wp:docPr id="888771144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8771144" name="Picture 88877114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163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68D2514" w14:textId="77777777" w:rsidR="00EB3701" w:rsidRDefault="00697877" w:rsidP="00697877">
            <w:pPr>
              <w:spacing w:after="80"/>
            </w:pPr>
            <w:r>
              <w:t>This is a summary</w:t>
            </w:r>
            <w:r w:rsidR="00F34420">
              <w:t xml:space="preserve"> of another </w:t>
            </w:r>
            <w:r w:rsidR="00F34420" w:rsidRPr="00EB3701">
              <w:rPr>
                <w:b/>
                <w:bCs/>
              </w:rPr>
              <w:t xml:space="preserve">strategy </w:t>
            </w:r>
            <w:r w:rsidR="00F34420">
              <w:t xml:space="preserve">and </w:t>
            </w:r>
            <w:r w:rsidR="00F34420" w:rsidRPr="00EB3701">
              <w:rPr>
                <w:b/>
                <w:bCs/>
              </w:rPr>
              <w:t>action plan</w:t>
            </w:r>
            <w:r w:rsidR="00EB3701">
              <w:t>.</w:t>
            </w:r>
          </w:p>
          <w:p w14:paraId="2E3D64DA" w14:textId="3A4079CB" w:rsidR="00697877" w:rsidRDefault="00EB3701" w:rsidP="00697877">
            <w:pPr>
              <w:spacing w:after="80"/>
            </w:pPr>
            <w:r w:rsidRPr="00697877">
              <w:rPr>
                <w:bCs/>
              </w:rPr>
              <w:t>You can read t</w:t>
            </w:r>
            <w:r>
              <w:rPr>
                <w:bCs/>
              </w:rPr>
              <w:t xml:space="preserve">he full strategy and action plan at our website: </w:t>
            </w:r>
            <w:hyperlink r:id="rId13" w:history="1">
              <w:r w:rsidRPr="00F34420">
                <w:rPr>
                  <w:rStyle w:val="Hyperlink"/>
                  <w:bCs/>
                </w:rPr>
                <w:t>creating.cardinia.vic.gov.au</w:t>
              </w:r>
            </w:hyperlink>
          </w:p>
          <w:p w14:paraId="05963D79" w14:textId="3CDA5B08" w:rsidR="00697877" w:rsidRPr="00697877" w:rsidRDefault="00697877" w:rsidP="00697877">
            <w:pPr>
              <w:spacing w:after="200"/>
              <w:rPr>
                <w:bCs/>
                <w:color w:val="1E2837"/>
                <w:szCs w:val="30"/>
              </w:rPr>
            </w:pPr>
          </w:p>
        </w:tc>
      </w:tr>
    </w:tbl>
    <w:p w14:paraId="452F7B53" w14:textId="29880E4C" w:rsidR="00F5294F" w:rsidRDefault="00F5294F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EB3701" w14:paraId="575EAAF4" w14:textId="77777777" w:rsidTr="00EB3701">
        <w:tc>
          <w:tcPr>
            <w:tcW w:w="2551" w:type="dxa"/>
            <w:vAlign w:val="center"/>
          </w:tcPr>
          <w:p w14:paraId="7FFCB4B8" w14:textId="77777777" w:rsidR="00EB3701" w:rsidRDefault="00EB3701" w:rsidP="00EE7CDA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5D12C41" wp14:editId="249B9CBF">
                  <wp:extent cx="1482725" cy="964565"/>
                  <wp:effectExtent l="0" t="0" r="3175" b="635"/>
                  <wp:docPr id="52047533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6954241" name="Picture 107695424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64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1CADECB5" w14:textId="77777777" w:rsidR="00EB3701" w:rsidRDefault="00EB3701" w:rsidP="00EE7CDA">
            <w:pPr>
              <w:spacing w:after="80"/>
            </w:pPr>
            <w:r>
              <w:t>You can ask a friend, family member or support person to help you read it.</w:t>
            </w:r>
          </w:p>
        </w:tc>
      </w:tr>
    </w:tbl>
    <w:p w14:paraId="703505B3" w14:textId="1579E226" w:rsidR="00C51AE7" w:rsidRDefault="00C51AE7" w:rsidP="00C51AE7">
      <w:pPr>
        <w:pStyle w:val="Heading1"/>
      </w:pPr>
      <w:r>
        <w:t xml:space="preserve">Acknowledgement of Country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697877" w14:paraId="4928E8B1" w14:textId="77777777" w:rsidTr="00EE7CDA">
        <w:tc>
          <w:tcPr>
            <w:tcW w:w="2551" w:type="dxa"/>
            <w:vAlign w:val="center"/>
          </w:tcPr>
          <w:p w14:paraId="2D207FD5" w14:textId="7E2FC603" w:rsidR="00697877" w:rsidRDefault="00F34420" w:rsidP="00EE7CDA">
            <w:r>
              <w:rPr>
                <w:noProof/>
              </w:rPr>
              <w:drawing>
                <wp:inline distT="0" distB="0" distL="0" distR="0" wp14:anchorId="09CC56CE" wp14:editId="158B7279">
                  <wp:extent cx="1482725" cy="1210945"/>
                  <wp:effectExtent l="0" t="0" r="3175" b="0"/>
                  <wp:docPr id="208492717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4927170" name="Picture 208492717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2994CDC4" w14:textId="77777777" w:rsidR="00F34420" w:rsidRPr="00E31093" w:rsidRDefault="00F34420" w:rsidP="00F344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Cs w:val="30"/>
                <w:lang w:val="en-GB"/>
              </w:rPr>
            </w:pPr>
            <w:r w:rsidRPr="00E31093">
              <w:rPr>
                <w:rFonts w:cs="Arial"/>
                <w:color w:val="000000"/>
                <w:szCs w:val="30"/>
                <w:lang w:val="en-GB"/>
              </w:rPr>
              <w:t>We recognise that we live and work on the land</w:t>
            </w:r>
          </w:p>
          <w:p w14:paraId="4CA691AC" w14:textId="77777777" w:rsidR="00F34420" w:rsidRPr="00E31093" w:rsidRDefault="00F34420" w:rsidP="00F344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Cs w:val="30"/>
                <w:lang w:val="en-GB"/>
              </w:rPr>
            </w:pPr>
            <w:r w:rsidRPr="00E31093">
              <w:rPr>
                <w:rFonts w:cs="Arial"/>
                <w:color w:val="000000"/>
                <w:szCs w:val="30"/>
                <w:lang w:val="en-GB"/>
              </w:rPr>
              <w:t>of the:</w:t>
            </w:r>
          </w:p>
          <w:p w14:paraId="2D2F598A" w14:textId="77777777" w:rsidR="00F34420" w:rsidRPr="00E31093" w:rsidRDefault="00F34420" w:rsidP="00F344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Cs w:val="30"/>
                <w:lang w:val="en-GB"/>
              </w:rPr>
            </w:pPr>
            <w:r w:rsidRPr="00E31093">
              <w:rPr>
                <w:rFonts w:cs="Arial"/>
                <w:color w:val="000000"/>
                <w:szCs w:val="30"/>
                <w:lang w:val="en-GB"/>
              </w:rPr>
              <w:t>• Bunurong people</w:t>
            </w:r>
          </w:p>
          <w:p w14:paraId="0C8AC5BF" w14:textId="77777777" w:rsidR="00F34420" w:rsidRPr="00E31093" w:rsidRDefault="00F34420" w:rsidP="00F34420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  <w:szCs w:val="30"/>
                <w:lang w:val="en-GB"/>
              </w:rPr>
            </w:pPr>
            <w:r w:rsidRPr="00E31093">
              <w:rPr>
                <w:rFonts w:cs="Arial"/>
                <w:color w:val="000000"/>
                <w:szCs w:val="30"/>
                <w:lang w:val="en-GB"/>
              </w:rPr>
              <w:t>• Boonwurrung people</w:t>
            </w:r>
          </w:p>
          <w:p w14:paraId="52D4CF7E" w14:textId="42D0F638" w:rsidR="00697877" w:rsidRDefault="00F34420" w:rsidP="00F34420">
            <w:pPr>
              <w:spacing w:after="80"/>
            </w:pPr>
            <w:r w:rsidRPr="00E31093">
              <w:rPr>
                <w:rFonts w:cs="Arial"/>
                <w:color w:val="000000"/>
                <w:szCs w:val="30"/>
                <w:lang w:val="en-GB"/>
              </w:rPr>
              <w:t xml:space="preserve">• </w:t>
            </w:r>
            <w:proofErr w:type="spellStart"/>
            <w:r w:rsidRPr="00E31093">
              <w:rPr>
                <w:rFonts w:cs="Arial"/>
                <w:color w:val="000000"/>
                <w:szCs w:val="30"/>
                <w:lang w:val="en-GB"/>
              </w:rPr>
              <w:t>Wurundjeri</w:t>
            </w:r>
            <w:proofErr w:type="spellEnd"/>
            <w:r w:rsidRPr="00E31093">
              <w:rPr>
                <w:rFonts w:cs="Arial"/>
                <w:color w:val="000000"/>
                <w:szCs w:val="30"/>
                <w:lang w:val="en-GB"/>
              </w:rPr>
              <w:t xml:space="preserve"> people.</w:t>
            </w:r>
          </w:p>
        </w:tc>
      </w:tr>
    </w:tbl>
    <w:p w14:paraId="2FD9B3EA" w14:textId="77777777" w:rsidR="00C51AE7" w:rsidRDefault="00C51AE7">
      <w:pPr>
        <w:pStyle w:val="Heading1"/>
      </w:pPr>
    </w:p>
    <w:p w14:paraId="03AEFD9B" w14:textId="77777777" w:rsidR="00EB3701" w:rsidRDefault="00EB3701">
      <w:pPr>
        <w:pStyle w:val="Heading1"/>
      </w:pPr>
    </w:p>
    <w:p w14:paraId="22D062FF" w14:textId="77777777" w:rsidR="00EB3701" w:rsidRDefault="00EB3701" w:rsidP="00EB3701"/>
    <w:p w14:paraId="5C2E2590" w14:textId="77777777" w:rsidR="00EB3701" w:rsidRDefault="00EB3701" w:rsidP="00EB3701"/>
    <w:p w14:paraId="1F18B0FB" w14:textId="77777777" w:rsidR="00EB3701" w:rsidRDefault="00EB3701" w:rsidP="00EB3701"/>
    <w:p w14:paraId="6B1208DF" w14:textId="77777777" w:rsidR="00EB3701" w:rsidRDefault="00EB3701" w:rsidP="00EB3701"/>
    <w:p w14:paraId="356BD32E" w14:textId="77777777" w:rsidR="00EB3701" w:rsidRDefault="00EB3701" w:rsidP="00EB3701"/>
    <w:p w14:paraId="57CF50F5" w14:textId="77777777" w:rsidR="00EB3701" w:rsidRDefault="00EB3701" w:rsidP="00EB3701"/>
    <w:p w14:paraId="0675BAE1" w14:textId="77777777" w:rsidR="00EB3701" w:rsidRDefault="00EB3701" w:rsidP="00EB3701"/>
    <w:p w14:paraId="21081EFE" w14:textId="77777777" w:rsidR="00EB3701" w:rsidRPr="00EB3701" w:rsidRDefault="00EB3701" w:rsidP="00EB3701"/>
    <w:p w14:paraId="499AF3D2" w14:textId="2B9163D0" w:rsidR="00F5294F" w:rsidRDefault="00C51AE7">
      <w:pPr>
        <w:pStyle w:val="Heading1"/>
      </w:pPr>
      <w:r>
        <w:lastRenderedPageBreak/>
        <w:t xml:space="preserve">Message from our Mayor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EB3701" w14:paraId="7BABEB98" w14:textId="77777777" w:rsidTr="00EE7CDA">
        <w:tc>
          <w:tcPr>
            <w:tcW w:w="2551" w:type="dxa"/>
            <w:vAlign w:val="center"/>
          </w:tcPr>
          <w:p w14:paraId="3E4B8CC9" w14:textId="2A373F9D" w:rsidR="00EB3701" w:rsidRDefault="005F4624" w:rsidP="00EE7C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902B86" wp14:editId="07396DA7">
                  <wp:extent cx="1482725" cy="1226820"/>
                  <wp:effectExtent l="0" t="0" r="3175" b="5080"/>
                  <wp:docPr id="1212328619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328619" name="Picture 121232861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22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364C379" w14:textId="3C68BE19" w:rsidR="00EB3701" w:rsidRPr="00E31093" w:rsidRDefault="00EB3701" w:rsidP="00EE7CDA">
            <w:pPr>
              <w:spacing w:after="80"/>
              <w:rPr>
                <w:szCs w:val="30"/>
              </w:rPr>
            </w:pPr>
            <w:r w:rsidRPr="00E31093">
              <w:rPr>
                <w:color w:val="1E2837"/>
                <w:szCs w:val="30"/>
              </w:rPr>
              <w:t>We want Cardinia Shire to be a place where everyone feels valued and included</w:t>
            </w:r>
          </w:p>
        </w:tc>
      </w:tr>
      <w:tr w:rsidR="00EB3701" w14:paraId="264497C1" w14:textId="77777777" w:rsidTr="00EB3701">
        <w:tc>
          <w:tcPr>
            <w:tcW w:w="2551" w:type="dxa"/>
            <w:vAlign w:val="center"/>
          </w:tcPr>
          <w:p w14:paraId="141D96BE" w14:textId="3C2E7F36" w:rsidR="00EB3701" w:rsidRDefault="005F4624" w:rsidP="00EE7C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D31AD3" wp14:editId="6C6A9794">
                  <wp:extent cx="1482725" cy="1156970"/>
                  <wp:effectExtent l="0" t="0" r="3175" b="0"/>
                  <wp:docPr id="74093785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937850" name="Picture 74093785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156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684536B" w14:textId="78CB5B9C" w:rsidR="00EB3701" w:rsidRPr="00E31093" w:rsidRDefault="00EB3701" w:rsidP="00EB3701">
            <w:pPr>
              <w:spacing w:after="200"/>
              <w:rPr>
                <w:color w:val="1E2837"/>
                <w:szCs w:val="30"/>
              </w:rPr>
            </w:pPr>
            <w:r w:rsidRPr="00E31093">
              <w:rPr>
                <w:color w:val="1E2837"/>
                <w:szCs w:val="30"/>
              </w:rPr>
              <w:t xml:space="preserve">Our Thriving Communities </w:t>
            </w:r>
            <w:r w:rsidRPr="00E31093">
              <w:rPr>
                <w:bCs/>
                <w:color w:val="1E2837"/>
                <w:szCs w:val="30"/>
              </w:rPr>
              <w:t xml:space="preserve">Strategy </w:t>
            </w:r>
            <w:r w:rsidRPr="00E31093">
              <w:rPr>
                <w:color w:val="1E2837"/>
                <w:szCs w:val="30"/>
              </w:rPr>
              <w:t xml:space="preserve">will help us </w:t>
            </w:r>
            <w:r w:rsidR="005F4624" w:rsidRPr="00E31093">
              <w:rPr>
                <w:color w:val="1E2837"/>
                <w:szCs w:val="30"/>
              </w:rPr>
              <w:t xml:space="preserve">ensure </w:t>
            </w:r>
            <w:r w:rsidRPr="00E31093">
              <w:rPr>
                <w:color w:val="1E2837"/>
                <w:szCs w:val="30"/>
              </w:rPr>
              <w:t xml:space="preserve">people </w:t>
            </w:r>
            <w:r w:rsidR="005F4624" w:rsidRPr="00E31093">
              <w:rPr>
                <w:color w:val="1E2837"/>
                <w:szCs w:val="30"/>
              </w:rPr>
              <w:t xml:space="preserve">can </w:t>
            </w:r>
            <w:r w:rsidRPr="00E31093">
              <w:rPr>
                <w:color w:val="1E2837"/>
                <w:szCs w:val="30"/>
              </w:rPr>
              <w:t>get access and take part</w:t>
            </w:r>
            <w:r w:rsidR="005F4624" w:rsidRPr="00E31093">
              <w:rPr>
                <w:color w:val="1E2837"/>
                <w:szCs w:val="30"/>
              </w:rPr>
              <w:t xml:space="preserve"> in the community.</w:t>
            </w:r>
          </w:p>
          <w:p w14:paraId="4E2CC313" w14:textId="6B3E77BC" w:rsidR="00EB3701" w:rsidRPr="00E31093" w:rsidRDefault="00EB3701" w:rsidP="00EE7CDA">
            <w:pPr>
              <w:spacing w:after="80"/>
              <w:rPr>
                <w:color w:val="1E2837"/>
                <w:szCs w:val="30"/>
              </w:rPr>
            </w:pPr>
          </w:p>
        </w:tc>
      </w:tr>
      <w:tr w:rsidR="00EB3701" w:rsidRPr="00EB3701" w14:paraId="741380D3" w14:textId="77777777" w:rsidTr="00EB3701">
        <w:tc>
          <w:tcPr>
            <w:tcW w:w="2551" w:type="dxa"/>
            <w:vAlign w:val="center"/>
          </w:tcPr>
          <w:p w14:paraId="53F2F707" w14:textId="7E34D235" w:rsidR="00EB3701" w:rsidRDefault="005F4624" w:rsidP="00EE7C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713FF4" wp14:editId="78D0B68F">
                  <wp:extent cx="1482725" cy="956310"/>
                  <wp:effectExtent l="0" t="0" r="3175" b="0"/>
                  <wp:docPr id="118673886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673886" name="Picture 118673886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62F925B" w14:textId="721BBF1C" w:rsidR="00EB3701" w:rsidRPr="00E31093" w:rsidRDefault="00EB3701" w:rsidP="00EB3701">
            <w:pPr>
              <w:spacing w:after="200"/>
              <w:rPr>
                <w:szCs w:val="30"/>
              </w:rPr>
            </w:pPr>
            <w:r w:rsidRPr="00E31093">
              <w:rPr>
                <w:color w:val="1E2837"/>
                <w:szCs w:val="30"/>
              </w:rPr>
              <w:t xml:space="preserve">We want to celebrate the different people and cultures in </w:t>
            </w:r>
            <w:r w:rsidR="005F4624" w:rsidRPr="00E31093">
              <w:rPr>
                <w:color w:val="1E2837"/>
                <w:szCs w:val="30"/>
              </w:rPr>
              <w:t xml:space="preserve">Cardinia Shire. </w:t>
            </w:r>
          </w:p>
          <w:p w14:paraId="154ADD2B" w14:textId="77777777" w:rsidR="00EB3701" w:rsidRPr="00E31093" w:rsidRDefault="00EB3701" w:rsidP="00EB3701">
            <w:pPr>
              <w:spacing w:after="200"/>
              <w:rPr>
                <w:color w:val="1E2837"/>
                <w:szCs w:val="30"/>
              </w:rPr>
            </w:pPr>
          </w:p>
        </w:tc>
      </w:tr>
      <w:tr w:rsidR="00EB3701" w:rsidRPr="00EB3701" w14:paraId="5E587A9A" w14:textId="77777777" w:rsidTr="00EB3701">
        <w:tc>
          <w:tcPr>
            <w:tcW w:w="2551" w:type="dxa"/>
            <w:vAlign w:val="center"/>
          </w:tcPr>
          <w:p w14:paraId="50C65631" w14:textId="4E2593BB" w:rsidR="00EB3701" w:rsidRDefault="005F4624" w:rsidP="00EE7C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2A13A43" wp14:editId="324C41BA">
                  <wp:extent cx="1482725" cy="986790"/>
                  <wp:effectExtent l="0" t="0" r="3175" b="3810"/>
                  <wp:docPr id="1813529351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529351" name="Picture 1813529351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8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66E41C84" w14:textId="310D5C83" w:rsidR="00EB3701" w:rsidRPr="00E31093" w:rsidRDefault="00EB3701" w:rsidP="00EB3701">
            <w:pPr>
              <w:spacing w:after="200"/>
              <w:rPr>
                <w:szCs w:val="30"/>
              </w:rPr>
            </w:pPr>
            <w:r w:rsidRPr="00E31093">
              <w:rPr>
                <w:color w:val="1E2837"/>
                <w:szCs w:val="30"/>
              </w:rPr>
              <w:t xml:space="preserve">We want everyone to have </w:t>
            </w:r>
            <w:r w:rsidR="005F4624" w:rsidRPr="00E31093">
              <w:rPr>
                <w:color w:val="1E2837"/>
                <w:szCs w:val="30"/>
              </w:rPr>
              <w:t>the</w:t>
            </w:r>
            <w:r w:rsidRPr="00E31093">
              <w:rPr>
                <w:color w:val="1E2837"/>
                <w:szCs w:val="30"/>
              </w:rPr>
              <w:t xml:space="preserve"> chance</w:t>
            </w:r>
            <w:r w:rsidR="005F4624" w:rsidRPr="00E31093">
              <w:rPr>
                <w:color w:val="1E2837"/>
                <w:szCs w:val="30"/>
              </w:rPr>
              <w:t xml:space="preserve"> </w:t>
            </w:r>
            <w:r w:rsidRPr="00E31093">
              <w:rPr>
                <w:color w:val="1E2837"/>
                <w:szCs w:val="30"/>
              </w:rPr>
              <w:t>to be healthy, connected and supported.</w:t>
            </w:r>
          </w:p>
          <w:p w14:paraId="7742F25B" w14:textId="77777777" w:rsidR="00EB3701" w:rsidRPr="00E31093" w:rsidRDefault="00EB3701" w:rsidP="00EB3701">
            <w:pPr>
              <w:spacing w:after="200"/>
              <w:rPr>
                <w:color w:val="1E2837"/>
                <w:szCs w:val="30"/>
              </w:rPr>
            </w:pPr>
          </w:p>
        </w:tc>
      </w:tr>
    </w:tbl>
    <w:p w14:paraId="6B70B574" w14:textId="77777777" w:rsidR="00C51AE7" w:rsidRPr="00E31093" w:rsidRDefault="00C51AE7" w:rsidP="00C51AE7">
      <w:pPr>
        <w:spacing w:after="200"/>
        <w:rPr>
          <w:szCs w:val="30"/>
        </w:rPr>
      </w:pPr>
      <w:r w:rsidRPr="00E31093">
        <w:rPr>
          <w:color w:val="1E2837"/>
          <w:szCs w:val="30"/>
        </w:rPr>
        <w:t>Cr Brett Owen, Mayor, Cardinia Shire Council</w:t>
      </w:r>
    </w:p>
    <w:p w14:paraId="4071A9E0" w14:textId="77777777" w:rsidR="00C51AE7" w:rsidRDefault="00C51AE7" w:rsidP="00C51AE7"/>
    <w:p w14:paraId="120989EB" w14:textId="77777777" w:rsidR="005F4624" w:rsidRDefault="005F4624" w:rsidP="00C51AE7"/>
    <w:p w14:paraId="30AFDC8C" w14:textId="77777777" w:rsidR="005F4624" w:rsidRDefault="005F4624" w:rsidP="00C51AE7"/>
    <w:p w14:paraId="2F9482C3" w14:textId="77777777" w:rsidR="005F4624" w:rsidRDefault="005F4624" w:rsidP="00C51AE7"/>
    <w:p w14:paraId="321A8A24" w14:textId="77777777" w:rsidR="005F4624" w:rsidRDefault="005F4624" w:rsidP="00C51AE7"/>
    <w:p w14:paraId="06789A31" w14:textId="77777777" w:rsidR="005F4624" w:rsidRPr="00C51AE7" w:rsidRDefault="005F4624" w:rsidP="00C51AE7"/>
    <w:p w14:paraId="376BD086" w14:textId="77777777" w:rsidR="00C51AE7" w:rsidRDefault="00C51AE7" w:rsidP="00C51AE7">
      <w:pPr>
        <w:pStyle w:val="Heading1"/>
      </w:pPr>
      <w:r>
        <w:lastRenderedPageBreak/>
        <w:t>Our plan for Cardinia</w:t>
      </w:r>
    </w:p>
    <w:p w14:paraId="50A3CFE8" w14:textId="77777777" w:rsidR="00C51AE7" w:rsidRPr="00C51AE7" w:rsidRDefault="00C51AE7" w:rsidP="00C51AE7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1682EA93" w14:textId="77777777">
        <w:tc>
          <w:tcPr>
            <w:tcW w:w="2551" w:type="dxa"/>
            <w:vAlign w:val="center"/>
          </w:tcPr>
          <w:p w14:paraId="5888A2DE" w14:textId="193973AA" w:rsidR="00F5294F" w:rsidRDefault="00D916DA">
            <w:r>
              <w:rPr>
                <w:noProof/>
              </w:rPr>
              <w:drawing>
                <wp:inline distT="0" distB="0" distL="0" distR="0" wp14:anchorId="4C16F6EE" wp14:editId="2F7420F8">
                  <wp:extent cx="1482725" cy="882015"/>
                  <wp:effectExtent l="0" t="0" r="3175" b="0"/>
                  <wp:docPr id="183819793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8197934" name="Picture 1838197934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882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CDD07DA" w14:textId="77777777" w:rsidR="00F5294F" w:rsidRDefault="00000000">
            <w:pPr>
              <w:spacing w:after="80"/>
            </w:pPr>
            <w:r>
              <w:t>We want Cardinia Shire to be a place where everyone feels welcome and can do well in life.</w:t>
            </w:r>
          </w:p>
        </w:tc>
      </w:tr>
    </w:tbl>
    <w:p w14:paraId="376DBB9B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843608D" w14:textId="77777777">
        <w:tc>
          <w:tcPr>
            <w:tcW w:w="2551" w:type="dxa"/>
            <w:vAlign w:val="center"/>
          </w:tcPr>
          <w:p w14:paraId="07C2F79D" w14:textId="00A5DE67" w:rsidR="00F5294F" w:rsidRDefault="00D916DA">
            <w:r>
              <w:rPr>
                <w:noProof/>
              </w:rPr>
              <w:drawing>
                <wp:inline distT="0" distB="0" distL="0" distR="0" wp14:anchorId="7651B4A9" wp14:editId="00C60231">
                  <wp:extent cx="1482725" cy="882650"/>
                  <wp:effectExtent l="0" t="0" r="3175" b="6350"/>
                  <wp:docPr id="152194923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194923" name="Picture 152194923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88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DA1EE64" w14:textId="77777777" w:rsidR="00F5294F" w:rsidRDefault="00000000">
            <w:pPr>
              <w:spacing w:after="80"/>
            </w:pPr>
            <w:r>
              <w:t>People should be able to use Council services, visit public places and join community activities.</w:t>
            </w:r>
          </w:p>
        </w:tc>
      </w:tr>
    </w:tbl>
    <w:p w14:paraId="3BDBBC1E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C7A2371" w14:textId="77777777">
        <w:tc>
          <w:tcPr>
            <w:tcW w:w="2551" w:type="dxa"/>
            <w:vAlign w:val="center"/>
          </w:tcPr>
          <w:p w14:paraId="77CC9BE5" w14:textId="5BEB5B15" w:rsidR="00F5294F" w:rsidRDefault="00D916DA">
            <w:r>
              <w:rPr>
                <w:noProof/>
              </w:rPr>
              <w:drawing>
                <wp:inline distT="0" distB="0" distL="0" distR="0" wp14:anchorId="6F122C23" wp14:editId="1DB18CCB">
                  <wp:extent cx="1482725" cy="902970"/>
                  <wp:effectExtent l="0" t="0" r="3175" b="0"/>
                  <wp:docPr id="1321788126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1788126" name="Picture 132178812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02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F858797" w14:textId="57EB7D4C" w:rsidR="00F5294F" w:rsidRDefault="00000000">
            <w:pPr>
              <w:spacing w:after="80"/>
            </w:pPr>
            <w:r>
              <w:t xml:space="preserve">We want everyone to </w:t>
            </w:r>
            <w:r w:rsidR="00F10ECC">
              <w:t>be able to</w:t>
            </w:r>
            <w:r>
              <w:t xml:space="preserve"> take part.</w:t>
            </w:r>
          </w:p>
          <w:p w14:paraId="72B1B534" w14:textId="0D971BF9" w:rsidR="00F10ECC" w:rsidRDefault="00F10ECC">
            <w:pPr>
              <w:spacing w:after="80"/>
            </w:pPr>
            <w:r>
              <w:t xml:space="preserve">This is called </w:t>
            </w:r>
            <w:r w:rsidRPr="00F10ECC">
              <w:rPr>
                <w:b/>
                <w:bCs/>
              </w:rPr>
              <w:t>inclusion.</w:t>
            </w:r>
          </w:p>
          <w:p w14:paraId="40AF9F2C" w14:textId="2A4622C1" w:rsidR="00F10ECC" w:rsidRDefault="00F10ECC">
            <w:pPr>
              <w:spacing w:after="80"/>
            </w:pPr>
          </w:p>
        </w:tc>
      </w:tr>
      <w:tr w:rsidR="00F10ECC" w14:paraId="2164718C" w14:textId="77777777" w:rsidTr="00F10ECC">
        <w:tc>
          <w:tcPr>
            <w:tcW w:w="2551" w:type="dxa"/>
            <w:vAlign w:val="center"/>
          </w:tcPr>
          <w:p w14:paraId="5710E947" w14:textId="546CAF54" w:rsidR="00F10ECC" w:rsidRDefault="00F10ECC" w:rsidP="00EE7CDA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88F152F" wp14:editId="51D7E2D0">
                  <wp:extent cx="1482725" cy="1244600"/>
                  <wp:effectExtent l="0" t="0" r="3175" b="0"/>
                  <wp:docPr id="1967016747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016747" name="Picture 1967016747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244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INCLUDEPICTURE "blob:https://chatgpt.com/b8554a83-f41b-483c-9dba-77303cefab40" \* MERGEFORMATINET </w:instrText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fldChar w:fldCharType="end"/>
            </w:r>
          </w:p>
        </w:tc>
        <w:tc>
          <w:tcPr>
            <w:tcW w:w="6576" w:type="dxa"/>
            <w:vAlign w:val="center"/>
          </w:tcPr>
          <w:p w14:paraId="2B997AAB" w14:textId="70B8B350" w:rsidR="00F10ECC" w:rsidRDefault="00F10ECC" w:rsidP="00F10ECC">
            <w:pPr>
              <w:spacing w:after="80"/>
            </w:pPr>
            <w:r>
              <w:t>Some people need different kinds of support to be able to join in.</w:t>
            </w:r>
          </w:p>
          <w:p w14:paraId="3ED235BD" w14:textId="3A03CDFC" w:rsidR="00F10ECC" w:rsidRDefault="00F10ECC" w:rsidP="00F10ECC">
            <w:pPr>
              <w:spacing w:after="80"/>
            </w:pPr>
            <w:r>
              <w:t xml:space="preserve">This is called </w:t>
            </w:r>
            <w:r w:rsidRPr="00F10ECC">
              <w:rPr>
                <w:b/>
                <w:bCs/>
              </w:rPr>
              <w:t>equity.</w:t>
            </w:r>
          </w:p>
        </w:tc>
      </w:tr>
    </w:tbl>
    <w:p w14:paraId="64AE7253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6577265A" w14:textId="77777777">
        <w:tc>
          <w:tcPr>
            <w:tcW w:w="2551" w:type="dxa"/>
            <w:vAlign w:val="center"/>
          </w:tcPr>
          <w:p w14:paraId="1364D6E9" w14:textId="622517FB" w:rsidR="00F5294F" w:rsidRDefault="00C3732A">
            <w:r>
              <w:fldChar w:fldCharType="begin"/>
            </w:r>
            <w:r>
              <w:instrText xml:space="preserve"> INCLUDEPICTURE "blob:https://chatgpt.com/b8554a83-f41b-483c-9dba-77303cefab40" \* MERGEFORMATINET </w:instrText>
            </w:r>
            <w:r>
              <w:fldChar w:fldCharType="separate"/>
            </w:r>
            <w:r>
              <w:fldChar w:fldCharType="end"/>
            </w:r>
            <w:r>
              <w:rPr>
                <w:noProof/>
              </w:rPr>
              <w:drawing>
                <wp:inline distT="0" distB="0" distL="0" distR="0" wp14:anchorId="75A1A4C3" wp14:editId="17CB7A9E">
                  <wp:extent cx="1482725" cy="951865"/>
                  <wp:effectExtent l="0" t="0" r="3175" b="635"/>
                  <wp:docPr id="64601264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6012641" name="Picture 64601264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5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1E956CAF" w14:textId="07638676" w:rsidR="00F5294F" w:rsidRDefault="00000000">
            <w:pPr>
              <w:spacing w:after="80"/>
            </w:pPr>
            <w:r>
              <w:t>Our</w:t>
            </w:r>
            <w:r w:rsidR="00F10ECC">
              <w:t xml:space="preserve"> strategy</w:t>
            </w:r>
            <w:r>
              <w:t xml:space="preserve"> brings together </w:t>
            </w:r>
            <w:r w:rsidR="00D916DA">
              <w:t>our previous plans</w:t>
            </w:r>
            <w:r>
              <w:t xml:space="preserve"> about disability, older people, children, families and cultural diversity.</w:t>
            </w:r>
          </w:p>
        </w:tc>
      </w:tr>
    </w:tbl>
    <w:p w14:paraId="27072E0D" w14:textId="77777777" w:rsidR="00F5294F" w:rsidRDefault="00F5294F">
      <w:pPr>
        <w:spacing w:after="0"/>
      </w:pPr>
    </w:p>
    <w:p w14:paraId="597E7D04" w14:textId="77777777" w:rsidR="00F5294F" w:rsidRDefault="00000000">
      <w:r>
        <w:br w:type="page"/>
      </w:r>
    </w:p>
    <w:p w14:paraId="648EE98D" w14:textId="77777777" w:rsidR="00F5294F" w:rsidRDefault="00000000">
      <w:pPr>
        <w:pStyle w:val="Heading1"/>
      </w:pPr>
      <w:r>
        <w:lastRenderedPageBreak/>
        <w:t>Why this plan matters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7FAD3D3D" w14:textId="77777777">
        <w:tc>
          <w:tcPr>
            <w:tcW w:w="2551" w:type="dxa"/>
            <w:vAlign w:val="center"/>
          </w:tcPr>
          <w:p w14:paraId="59A2C407" w14:textId="64C0A48D" w:rsidR="00F5294F" w:rsidRDefault="0090617A">
            <w:r>
              <w:rPr>
                <w:noProof/>
              </w:rPr>
              <w:drawing>
                <wp:inline distT="0" distB="0" distL="0" distR="0" wp14:anchorId="4D75A3F7" wp14:editId="4D2842B6">
                  <wp:extent cx="1482725" cy="883920"/>
                  <wp:effectExtent l="0" t="0" r="3175" b="5080"/>
                  <wp:docPr id="229400143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400143" name="Picture 22940014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883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4471968" w14:textId="77777777" w:rsidR="00F5294F" w:rsidRDefault="00000000">
            <w:pPr>
              <w:spacing w:after="80"/>
            </w:pPr>
            <w:r>
              <w:t>Our community has many different people.</w:t>
            </w:r>
          </w:p>
          <w:p w14:paraId="46A694F4" w14:textId="77777777" w:rsidR="00F5294F" w:rsidRDefault="00000000">
            <w:pPr>
              <w:spacing w:after="80"/>
            </w:pPr>
            <w:r>
              <w:t>People bring different skills, experiences and ideas.</w:t>
            </w:r>
          </w:p>
        </w:tc>
      </w:tr>
    </w:tbl>
    <w:p w14:paraId="34133CE1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B6A1DA6" w14:textId="77777777">
        <w:tc>
          <w:tcPr>
            <w:tcW w:w="2551" w:type="dxa"/>
            <w:vAlign w:val="center"/>
          </w:tcPr>
          <w:p w14:paraId="611356FB" w14:textId="426E0E45" w:rsidR="00F5294F" w:rsidRDefault="0090617A">
            <w:r>
              <w:rPr>
                <w:noProof/>
              </w:rPr>
              <w:drawing>
                <wp:inline distT="0" distB="0" distL="0" distR="0" wp14:anchorId="132638AC" wp14:editId="4EBBB1FF">
                  <wp:extent cx="1482725" cy="878205"/>
                  <wp:effectExtent l="0" t="0" r="3175" b="0"/>
                  <wp:docPr id="125698300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98300" name="Picture 125698300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87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3DFCD3D2" w14:textId="77777777" w:rsidR="00F5294F" w:rsidRDefault="00000000">
            <w:pPr>
              <w:spacing w:after="80"/>
            </w:pPr>
            <w:r>
              <w:t>People also have different needs.</w:t>
            </w:r>
          </w:p>
          <w:p w14:paraId="2756E3B3" w14:textId="77777777" w:rsidR="00F5294F" w:rsidRDefault="00000000">
            <w:pPr>
              <w:spacing w:after="80"/>
            </w:pPr>
            <w:r>
              <w:t>Council services and places should work well for more people.</w:t>
            </w:r>
          </w:p>
        </w:tc>
      </w:tr>
    </w:tbl>
    <w:p w14:paraId="4100380E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66B2804B" w14:textId="77777777">
        <w:tc>
          <w:tcPr>
            <w:tcW w:w="2551" w:type="dxa"/>
            <w:vAlign w:val="center"/>
          </w:tcPr>
          <w:p w14:paraId="40734741" w14:textId="462A071A" w:rsidR="00F5294F" w:rsidRDefault="00C3732A">
            <w:r>
              <w:rPr>
                <w:noProof/>
              </w:rPr>
              <w:drawing>
                <wp:inline distT="0" distB="0" distL="0" distR="0" wp14:anchorId="555F433D" wp14:editId="00943E9D">
                  <wp:extent cx="1482725" cy="922020"/>
                  <wp:effectExtent l="0" t="0" r="3175" b="5080"/>
                  <wp:docPr id="127132684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326849" name="Picture 1271326849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21815E1C" w14:textId="77777777" w:rsidR="00F5294F" w:rsidRDefault="00000000">
            <w:pPr>
              <w:spacing w:after="80"/>
            </w:pPr>
            <w:r>
              <w:t>For example, some people need step-free access to a building.</w:t>
            </w:r>
          </w:p>
          <w:p w14:paraId="7B04154F" w14:textId="77777777" w:rsidR="00F5294F" w:rsidRDefault="00000000">
            <w:pPr>
              <w:spacing w:after="80"/>
            </w:pPr>
            <w:r>
              <w:t>Some people need information in Easy Read.</w:t>
            </w:r>
          </w:p>
        </w:tc>
      </w:tr>
    </w:tbl>
    <w:p w14:paraId="68F09C2E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850ACE5" w14:textId="77777777">
        <w:tc>
          <w:tcPr>
            <w:tcW w:w="2551" w:type="dxa"/>
            <w:vAlign w:val="center"/>
          </w:tcPr>
          <w:p w14:paraId="71A46FDE" w14:textId="06F043CD" w:rsidR="00F5294F" w:rsidRDefault="0090617A">
            <w:r>
              <w:rPr>
                <w:noProof/>
              </w:rPr>
              <w:drawing>
                <wp:inline distT="0" distB="0" distL="0" distR="0" wp14:anchorId="4A65BB15" wp14:editId="36BFE657">
                  <wp:extent cx="1482725" cy="970280"/>
                  <wp:effectExtent l="0" t="0" r="3175" b="0"/>
                  <wp:docPr id="78893157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8931571" name="Picture 78893157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7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C648BB6" w14:textId="77777777" w:rsidR="00F5294F" w:rsidRDefault="00000000">
            <w:pPr>
              <w:spacing w:after="80"/>
            </w:pPr>
            <w:r>
              <w:t>We will listen to people and plan services with their needs in mind.</w:t>
            </w:r>
          </w:p>
        </w:tc>
      </w:tr>
    </w:tbl>
    <w:p w14:paraId="5A05969F" w14:textId="77777777" w:rsidR="00F5294F" w:rsidRDefault="00F5294F">
      <w:pPr>
        <w:spacing w:after="0"/>
      </w:pPr>
    </w:p>
    <w:p w14:paraId="23702BE7" w14:textId="77777777" w:rsidR="00F5294F" w:rsidRDefault="00000000">
      <w:r>
        <w:br w:type="page"/>
      </w:r>
    </w:p>
    <w:p w14:paraId="2151041A" w14:textId="77777777" w:rsidR="00F5294F" w:rsidRDefault="00000000">
      <w:pPr>
        <w:pStyle w:val="Heading1"/>
      </w:pPr>
      <w:r>
        <w:lastRenderedPageBreak/>
        <w:t>Different people, different needs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7B363AE6" w14:textId="77777777">
        <w:tc>
          <w:tcPr>
            <w:tcW w:w="2551" w:type="dxa"/>
            <w:vAlign w:val="center"/>
          </w:tcPr>
          <w:p w14:paraId="3C17225A" w14:textId="38E509A4" w:rsidR="00F5294F" w:rsidRDefault="0090617A">
            <w:r>
              <w:rPr>
                <w:noProof/>
              </w:rPr>
              <w:drawing>
                <wp:inline distT="0" distB="0" distL="0" distR="0" wp14:anchorId="45AF9F4F" wp14:editId="26377DF6">
                  <wp:extent cx="1482725" cy="878205"/>
                  <wp:effectExtent l="0" t="0" r="3175" b="0"/>
                  <wp:docPr id="203259423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2594236" name="Picture 2032594236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878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E8DA66B" w14:textId="77777777" w:rsidR="00F5294F" w:rsidRDefault="00000000">
            <w:pPr>
              <w:spacing w:after="80"/>
            </w:pPr>
            <w:r>
              <w:t>Our age, disability, culture, family, gender and where we live can all shape our lives.</w:t>
            </w:r>
          </w:p>
        </w:tc>
      </w:tr>
    </w:tbl>
    <w:p w14:paraId="6A7E7633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025440C7" w14:textId="77777777">
        <w:tc>
          <w:tcPr>
            <w:tcW w:w="2551" w:type="dxa"/>
            <w:vAlign w:val="center"/>
          </w:tcPr>
          <w:p w14:paraId="10896AE8" w14:textId="49BCDC90" w:rsidR="00F5294F" w:rsidRDefault="0090617A">
            <w:r>
              <w:rPr>
                <w:noProof/>
              </w:rPr>
              <w:drawing>
                <wp:inline distT="0" distB="0" distL="0" distR="0" wp14:anchorId="6D666EAE" wp14:editId="37B01CA5">
                  <wp:extent cx="1482725" cy="880745"/>
                  <wp:effectExtent l="0" t="0" r="3175" b="0"/>
                  <wp:docPr id="1159174253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174253" name="Picture 1159174253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8807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2D6FABC" w14:textId="77777777" w:rsidR="00F5294F" w:rsidRDefault="00000000">
            <w:pPr>
              <w:spacing w:after="80"/>
            </w:pPr>
            <w:r>
              <w:t>A person may belong to more than one community.</w:t>
            </w:r>
          </w:p>
          <w:p w14:paraId="0C5DB778" w14:textId="77777777" w:rsidR="00F5294F" w:rsidRDefault="00000000">
            <w:pPr>
              <w:spacing w:after="80"/>
            </w:pPr>
            <w:r>
              <w:t>All parts of their life can matter when they use a service.</w:t>
            </w:r>
          </w:p>
        </w:tc>
      </w:tr>
    </w:tbl>
    <w:p w14:paraId="7545D604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F2166D5" w14:textId="77777777">
        <w:tc>
          <w:tcPr>
            <w:tcW w:w="2551" w:type="dxa"/>
            <w:vAlign w:val="center"/>
          </w:tcPr>
          <w:p w14:paraId="13305032" w14:textId="4E12CB16" w:rsidR="00F5294F" w:rsidRDefault="0090617A">
            <w:r>
              <w:rPr>
                <w:noProof/>
              </w:rPr>
              <w:drawing>
                <wp:inline distT="0" distB="0" distL="0" distR="0" wp14:anchorId="4205DD30" wp14:editId="3F42E3E7">
                  <wp:extent cx="1482725" cy="951865"/>
                  <wp:effectExtent l="0" t="0" r="3175" b="635"/>
                  <wp:docPr id="1977626187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626187" name="Picture 1977626187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51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3F815186" w14:textId="77777777" w:rsidR="00F5294F" w:rsidRDefault="00000000">
            <w:pPr>
              <w:spacing w:after="80"/>
            </w:pPr>
            <w:r>
              <w:t>For example, an older First Nations woman with disability may want support that respects her culture and is easy to use.</w:t>
            </w:r>
          </w:p>
        </w:tc>
      </w:tr>
    </w:tbl>
    <w:p w14:paraId="1F72DB76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A6191FF" w14:textId="77777777">
        <w:tc>
          <w:tcPr>
            <w:tcW w:w="2551" w:type="dxa"/>
            <w:vAlign w:val="center"/>
          </w:tcPr>
          <w:p w14:paraId="145A0ECB" w14:textId="4CD46FEF" w:rsidR="00F5294F" w:rsidRDefault="0090617A">
            <w:r>
              <w:rPr>
                <w:noProof/>
              </w:rPr>
              <w:drawing>
                <wp:inline distT="0" distB="0" distL="0" distR="0" wp14:anchorId="0CD70383" wp14:editId="1B2A6B45">
                  <wp:extent cx="1482725" cy="960755"/>
                  <wp:effectExtent l="0" t="0" r="3175" b="4445"/>
                  <wp:docPr id="147002945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0029453" name="Picture 1470029453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60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DF63BD0" w14:textId="77777777" w:rsidR="00F5294F" w:rsidRDefault="00000000">
            <w:pPr>
              <w:spacing w:after="80"/>
            </w:pPr>
            <w:r>
              <w:t>We want to understand the whole person, not just one part of who they are.</w:t>
            </w:r>
          </w:p>
        </w:tc>
      </w:tr>
    </w:tbl>
    <w:p w14:paraId="1C2AD202" w14:textId="77777777" w:rsidR="00F5294F" w:rsidRDefault="00F5294F">
      <w:pPr>
        <w:spacing w:after="0"/>
      </w:pPr>
    </w:p>
    <w:p w14:paraId="31C75F8F" w14:textId="77777777" w:rsidR="00F5294F" w:rsidRDefault="00000000">
      <w:r>
        <w:br w:type="page"/>
      </w:r>
    </w:p>
    <w:p w14:paraId="48A9B9B4" w14:textId="77777777" w:rsidR="00F5294F" w:rsidRDefault="00000000">
      <w:pPr>
        <w:pStyle w:val="Heading1"/>
      </w:pPr>
      <w:r>
        <w:lastRenderedPageBreak/>
        <w:t>Who is this plan for?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14729351" w14:textId="77777777">
        <w:tc>
          <w:tcPr>
            <w:tcW w:w="2551" w:type="dxa"/>
            <w:vAlign w:val="center"/>
          </w:tcPr>
          <w:p w14:paraId="3246168B" w14:textId="7E460A1D" w:rsidR="00F5294F" w:rsidRDefault="000E1124">
            <w:r>
              <w:rPr>
                <w:noProof/>
              </w:rPr>
              <w:drawing>
                <wp:inline distT="0" distB="0" distL="0" distR="0" wp14:anchorId="5FFEF0D8" wp14:editId="1CDE517F">
                  <wp:extent cx="1482725" cy="931545"/>
                  <wp:effectExtent l="0" t="0" r="3175" b="0"/>
                  <wp:docPr id="948658430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8658430" name="Picture 948658430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31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5DB9867" w14:textId="171688BD" w:rsidR="00F5294F" w:rsidRDefault="00000000">
            <w:pPr>
              <w:spacing w:after="80"/>
            </w:pPr>
            <w:r>
              <w:t>The plan is for everyone in Cardinia Shire</w:t>
            </w:r>
            <w:r w:rsidR="0090617A">
              <w:t xml:space="preserve"> with a focus on </w:t>
            </w:r>
            <w:r w:rsidR="0081511F">
              <w:t xml:space="preserve">some people. </w:t>
            </w:r>
            <w:r w:rsidR="00C4466A">
              <w:t xml:space="preserve"> </w:t>
            </w:r>
          </w:p>
        </w:tc>
      </w:tr>
    </w:tbl>
    <w:p w14:paraId="0A8A537C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B8CAA62" w14:textId="77777777">
        <w:tc>
          <w:tcPr>
            <w:tcW w:w="2551" w:type="dxa"/>
            <w:vAlign w:val="center"/>
          </w:tcPr>
          <w:p w14:paraId="77B17357" w14:textId="7C6FA3A9" w:rsidR="00F5294F" w:rsidRDefault="000E1124">
            <w:r>
              <w:rPr>
                <w:noProof/>
              </w:rPr>
              <w:drawing>
                <wp:inline distT="0" distB="0" distL="0" distR="0" wp14:anchorId="61E681AE" wp14:editId="322AE7B3">
                  <wp:extent cx="1482725" cy="927735"/>
                  <wp:effectExtent l="0" t="0" r="3175" b="0"/>
                  <wp:docPr id="159270605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706051" name="Picture 159270605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2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6DA2D2C1" w14:textId="77777777" w:rsidR="00F5294F" w:rsidRDefault="00000000">
            <w:pPr>
              <w:spacing w:after="80"/>
            </w:pPr>
            <w:r>
              <w:t>It gives special attention to:</w:t>
            </w:r>
          </w:p>
          <w:p w14:paraId="1A7C2396" w14:textId="77777777" w:rsidR="00F5294F" w:rsidRDefault="00000000">
            <w:pPr>
              <w:pStyle w:val="ListBullet"/>
              <w:spacing w:after="80"/>
            </w:pPr>
            <w:r>
              <w:t>people with disability</w:t>
            </w:r>
          </w:p>
          <w:p w14:paraId="276DF381" w14:textId="77777777" w:rsidR="00F5294F" w:rsidRDefault="00000000">
            <w:pPr>
              <w:pStyle w:val="ListBullet"/>
              <w:spacing w:after="80"/>
            </w:pPr>
            <w:r>
              <w:t>First Nations peoples</w:t>
            </w:r>
          </w:p>
          <w:p w14:paraId="402376AD" w14:textId="77777777" w:rsidR="00F5294F" w:rsidRDefault="00000000">
            <w:pPr>
              <w:pStyle w:val="ListBullet"/>
              <w:spacing w:after="80"/>
            </w:pPr>
            <w:r>
              <w:t>older people</w:t>
            </w:r>
          </w:p>
        </w:tc>
      </w:tr>
    </w:tbl>
    <w:p w14:paraId="4E713BC8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3F35600" w14:textId="77777777">
        <w:tc>
          <w:tcPr>
            <w:tcW w:w="2551" w:type="dxa"/>
            <w:vAlign w:val="center"/>
          </w:tcPr>
          <w:p w14:paraId="690F3AC0" w14:textId="398083C3" w:rsidR="00F5294F" w:rsidRDefault="000E1124">
            <w:r>
              <w:rPr>
                <w:noProof/>
              </w:rPr>
              <w:drawing>
                <wp:inline distT="0" distB="0" distL="0" distR="0" wp14:anchorId="124BA70F" wp14:editId="762165E9">
                  <wp:extent cx="1482725" cy="953770"/>
                  <wp:effectExtent l="0" t="0" r="3175" b="0"/>
                  <wp:docPr id="36380192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3801924" name="Picture 363801924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5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84DC274" w14:textId="77777777" w:rsidR="00F5294F" w:rsidRDefault="00000000">
            <w:pPr>
              <w:spacing w:after="80"/>
            </w:pPr>
            <w:r>
              <w:t>It also gives special attention to:</w:t>
            </w:r>
          </w:p>
          <w:p w14:paraId="2A29826E" w14:textId="77777777" w:rsidR="00F5294F" w:rsidRDefault="00000000">
            <w:pPr>
              <w:pStyle w:val="ListBullet"/>
              <w:spacing w:after="80"/>
            </w:pPr>
            <w:r>
              <w:t>children, young people and families</w:t>
            </w:r>
          </w:p>
          <w:p w14:paraId="157D88D6" w14:textId="77777777" w:rsidR="00F5294F" w:rsidRDefault="00000000">
            <w:pPr>
              <w:pStyle w:val="ListBullet"/>
              <w:spacing w:after="80"/>
            </w:pPr>
            <w:r>
              <w:t>people from different cultures</w:t>
            </w:r>
          </w:p>
          <w:p w14:paraId="0BF7292D" w14:textId="77777777" w:rsidR="00F5294F" w:rsidRDefault="00000000">
            <w:pPr>
              <w:pStyle w:val="ListBullet"/>
              <w:spacing w:after="80"/>
            </w:pPr>
            <w:r>
              <w:t>LGBTIQ+ people</w:t>
            </w:r>
          </w:p>
        </w:tc>
      </w:tr>
    </w:tbl>
    <w:p w14:paraId="49370FBF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4E3D4E7" w14:textId="77777777">
        <w:tc>
          <w:tcPr>
            <w:tcW w:w="2551" w:type="dxa"/>
            <w:vAlign w:val="center"/>
          </w:tcPr>
          <w:p w14:paraId="6063F2BE" w14:textId="43CB2EC8" w:rsidR="00F5294F" w:rsidRDefault="000E1124">
            <w:r>
              <w:rPr>
                <w:noProof/>
              </w:rPr>
              <w:drawing>
                <wp:inline distT="0" distB="0" distL="0" distR="0" wp14:anchorId="64CE98C1" wp14:editId="5B936674">
                  <wp:extent cx="1482725" cy="937895"/>
                  <wp:effectExtent l="0" t="0" r="3175" b="1905"/>
                  <wp:docPr id="1644584429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584429" name="Picture 1644584429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564537D" w14:textId="77777777" w:rsidR="00F5294F" w:rsidRDefault="00000000">
            <w:pPr>
              <w:spacing w:after="80"/>
            </w:pPr>
            <w:r>
              <w:t>People outside these groups may also need support to take part.</w:t>
            </w:r>
          </w:p>
        </w:tc>
      </w:tr>
    </w:tbl>
    <w:p w14:paraId="536B6A5F" w14:textId="77777777" w:rsidR="00F5294F" w:rsidRDefault="00F5294F">
      <w:pPr>
        <w:spacing w:after="0"/>
      </w:pPr>
    </w:p>
    <w:p w14:paraId="5ADCB127" w14:textId="77777777" w:rsidR="00F5294F" w:rsidRDefault="00000000">
      <w:r>
        <w:br w:type="page"/>
      </w:r>
    </w:p>
    <w:p w14:paraId="5F84FB8F" w14:textId="77777777" w:rsidR="00F5294F" w:rsidRDefault="00000000">
      <w:pPr>
        <w:pStyle w:val="Heading1"/>
      </w:pPr>
      <w:r>
        <w:lastRenderedPageBreak/>
        <w:t>What people have told us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9EF5D50" w14:textId="77777777">
        <w:tc>
          <w:tcPr>
            <w:tcW w:w="2551" w:type="dxa"/>
            <w:vAlign w:val="center"/>
          </w:tcPr>
          <w:p w14:paraId="0BB3875A" w14:textId="61A067AC" w:rsidR="00F5294F" w:rsidRDefault="000E1124">
            <w:r>
              <w:rPr>
                <w:noProof/>
              </w:rPr>
              <w:drawing>
                <wp:inline distT="0" distB="0" distL="0" distR="0" wp14:anchorId="61B61EBA" wp14:editId="351BD708">
                  <wp:extent cx="1482725" cy="927735"/>
                  <wp:effectExtent l="0" t="0" r="3175" b="0"/>
                  <wp:docPr id="52939316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393168" name="Picture 52939316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27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15C387A" w14:textId="77777777" w:rsidR="00F5294F" w:rsidRDefault="00000000">
            <w:pPr>
              <w:spacing w:after="80"/>
            </w:pPr>
            <w:r>
              <w:t>People with disability have told Council about the importance of access, inclusion and having a say.</w:t>
            </w:r>
          </w:p>
        </w:tc>
      </w:tr>
    </w:tbl>
    <w:p w14:paraId="7EDB9A5B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78D1CD3F" w14:textId="77777777">
        <w:tc>
          <w:tcPr>
            <w:tcW w:w="2551" w:type="dxa"/>
            <w:vAlign w:val="center"/>
          </w:tcPr>
          <w:p w14:paraId="49BD87A0" w14:textId="60519907" w:rsidR="00F5294F" w:rsidRDefault="000E1124">
            <w:r>
              <w:rPr>
                <w:noProof/>
              </w:rPr>
              <w:drawing>
                <wp:inline distT="0" distB="0" distL="0" distR="0" wp14:anchorId="35689336" wp14:editId="4D50FF0C">
                  <wp:extent cx="1482725" cy="932815"/>
                  <wp:effectExtent l="0" t="0" r="3175" b="0"/>
                  <wp:docPr id="1722894844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2894844" name="Picture 1722894844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32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708D4A1" w14:textId="77777777" w:rsidR="00F5294F" w:rsidRDefault="00000000">
            <w:pPr>
              <w:spacing w:after="80"/>
            </w:pPr>
            <w:r>
              <w:t>Families have asked for better access to local services and transport.</w:t>
            </w:r>
          </w:p>
        </w:tc>
      </w:tr>
    </w:tbl>
    <w:p w14:paraId="23BBE2E6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0E581C7A" w14:textId="77777777">
        <w:tc>
          <w:tcPr>
            <w:tcW w:w="2551" w:type="dxa"/>
            <w:vAlign w:val="center"/>
          </w:tcPr>
          <w:p w14:paraId="79FC5284" w14:textId="63203B52" w:rsidR="00F5294F" w:rsidRDefault="000E1124">
            <w:r>
              <w:rPr>
                <w:noProof/>
              </w:rPr>
              <w:drawing>
                <wp:inline distT="0" distB="0" distL="0" distR="0" wp14:anchorId="6690AD73" wp14:editId="08E7F93E">
                  <wp:extent cx="1482725" cy="941070"/>
                  <wp:effectExtent l="0" t="0" r="3175" b="0"/>
                  <wp:docPr id="1456979670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979670" name="Picture 1456979670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4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FF67E4C" w14:textId="77777777" w:rsidR="00F5294F" w:rsidRDefault="00000000">
            <w:pPr>
              <w:spacing w:after="80"/>
            </w:pPr>
            <w:r>
              <w:t>People from different cultures have asked for more welcoming activities and information in languages they understand.</w:t>
            </w:r>
          </w:p>
        </w:tc>
      </w:tr>
    </w:tbl>
    <w:p w14:paraId="65493941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54B61D4" w14:textId="77777777">
        <w:tc>
          <w:tcPr>
            <w:tcW w:w="2551" w:type="dxa"/>
            <w:vAlign w:val="center"/>
          </w:tcPr>
          <w:p w14:paraId="452650A6" w14:textId="73269CFC" w:rsidR="00F5294F" w:rsidRDefault="001F7E5E">
            <w:r>
              <w:rPr>
                <w:noProof/>
              </w:rPr>
              <w:drawing>
                <wp:inline distT="0" distB="0" distL="0" distR="0" wp14:anchorId="2B61670F" wp14:editId="194183ED">
                  <wp:extent cx="1482725" cy="939165"/>
                  <wp:effectExtent l="0" t="0" r="3175" b="635"/>
                  <wp:docPr id="535896929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896929" name="Picture 535896929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39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69F0C891" w14:textId="77777777" w:rsidR="00F5294F" w:rsidRDefault="00000000">
            <w:pPr>
              <w:spacing w:after="80"/>
            </w:pPr>
            <w:r>
              <w:t>Some LGBTIQ+ people have asked for welcoming places where they can connect with others.</w:t>
            </w:r>
          </w:p>
        </w:tc>
      </w:tr>
    </w:tbl>
    <w:p w14:paraId="47F4E538" w14:textId="77777777" w:rsidR="00F5294F" w:rsidRDefault="00F5294F">
      <w:pPr>
        <w:spacing w:after="0"/>
      </w:pPr>
    </w:p>
    <w:p w14:paraId="190A8211" w14:textId="77777777" w:rsidR="00F5294F" w:rsidRDefault="00000000">
      <w:r>
        <w:br w:type="page"/>
      </w:r>
    </w:p>
    <w:p w14:paraId="432C8F28" w14:textId="77777777" w:rsidR="00F5294F" w:rsidRDefault="00000000">
      <w:pPr>
        <w:pStyle w:val="Heading1"/>
      </w:pPr>
      <w:r>
        <w:lastRenderedPageBreak/>
        <w:t>Our plan has 5 areas of work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3048FE0F" w14:textId="77777777">
        <w:tc>
          <w:tcPr>
            <w:tcW w:w="2551" w:type="dxa"/>
            <w:vAlign w:val="center"/>
          </w:tcPr>
          <w:p w14:paraId="1F7CC83A" w14:textId="7E138257" w:rsidR="00F5294F" w:rsidRDefault="001F7E5E">
            <w:r>
              <w:rPr>
                <w:noProof/>
              </w:rPr>
              <w:drawing>
                <wp:inline distT="0" distB="0" distL="0" distR="0" wp14:anchorId="4D7C31F9" wp14:editId="05340A14">
                  <wp:extent cx="1482725" cy="1118235"/>
                  <wp:effectExtent l="0" t="0" r="3175" b="0"/>
                  <wp:docPr id="169786811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86811" name="Picture 169786811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118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111A129E" w14:textId="77777777" w:rsidR="00F5294F" w:rsidRDefault="00000000">
            <w:pPr>
              <w:spacing w:after="80"/>
            </w:pPr>
            <w:r>
              <w:t>1. Council services, programs and events that meet different people’s needs.</w:t>
            </w:r>
          </w:p>
        </w:tc>
      </w:tr>
    </w:tbl>
    <w:p w14:paraId="7B4743F0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F366DFB" w14:textId="77777777">
        <w:tc>
          <w:tcPr>
            <w:tcW w:w="2551" w:type="dxa"/>
            <w:vAlign w:val="center"/>
          </w:tcPr>
          <w:p w14:paraId="78063AC1" w14:textId="63D1F5E3" w:rsidR="00F5294F" w:rsidRDefault="001F7E5E">
            <w:r>
              <w:rPr>
                <w:noProof/>
              </w:rPr>
              <w:drawing>
                <wp:inline distT="0" distB="0" distL="0" distR="0" wp14:anchorId="08D2F7F6" wp14:editId="064DF608">
                  <wp:extent cx="1482725" cy="1303655"/>
                  <wp:effectExtent l="0" t="0" r="3175" b="4445"/>
                  <wp:docPr id="99940598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9405980" name="Picture 999405980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303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220905F6" w14:textId="77777777" w:rsidR="00F5294F" w:rsidRDefault="00000000">
            <w:pPr>
              <w:spacing w:after="80"/>
            </w:pPr>
            <w:r>
              <w:t xml:space="preserve">2. Safe, connected and </w:t>
            </w:r>
            <w:r w:rsidRPr="00E31093">
              <w:rPr>
                <w:b/>
                <w:bCs/>
              </w:rPr>
              <w:t xml:space="preserve">accessible </w:t>
            </w:r>
            <w:r>
              <w:t>places to live, work, learn and play.</w:t>
            </w:r>
          </w:p>
        </w:tc>
      </w:tr>
    </w:tbl>
    <w:p w14:paraId="76261830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5E341B1" w14:textId="77777777">
        <w:tc>
          <w:tcPr>
            <w:tcW w:w="2551" w:type="dxa"/>
            <w:vAlign w:val="center"/>
          </w:tcPr>
          <w:p w14:paraId="2E7AD9C2" w14:textId="2B77060B" w:rsidR="00F5294F" w:rsidRDefault="001F7E5E">
            <w:r>
              <w:rPr>
                <w:noProof/>
              </w:rPr>
              <w:drawing>
                <wp:inline distT="0" distB="0" distL="0" distR="0" wp14:anchorId="102F95DC" wp14:editId="72E51E54">
                  <wp:extent cx="1482725" cy="1226820"/>
                  <wp:effectExtent l="0" t="0" r="3175" b="5080"/>
                  <wp:docPr id="663879762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879762" name="Picture 663879762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22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3A00A5BE" w14:textId="77777777" w:rsidR="00F5294F" w:rsidRDefault="00000000">
            <w:pPr>
              <w:spacing w:after="80"/>
            </w:pPr>
            <w:r>
              <w:t>3. A community where people can join in, share ideas and help make decisions.</w:t>
            </w:r>
          </w:p>
        </w:tc>
      </w:tr>
    </w:tbl>
    <w:p w14:paraId="3A5BEAB5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01143B80" w14:textId="77777777">
        <w:tc>
          <w:tcPr>
            <w:tcW w:w="2551" w:type="dxa"/>
            <w:vAlign w:val="center"/>
          </w:tcPr>
          <w:p w14:paraId="7347FF90" w14:textId="2F0B09E2" w:rsidR="00F5294F" w:rsidRDefault="001F7E5E">
            <w:r>
              <w:rPr>
                <w:noProof/>
              </w:rPr>
              <w:drawing>
                <wp:inline distT="0" distB="0" distL="0" distR="0" wp14:anchorId="5586F872" wp14:editId="643B4C4F">
                  <wp:extent cx="1482725" cy="1069340"/>
                  <wp:effectExtent l="0" t="0" r="3175" b="0"/>
                  <wp:docPr id="1868118585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8118585" name="Picture 1868118585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69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2C24210A" w14:textId="77777777" w:rsidR="00F5294F" w:rsidRDefault="00000000">
            <w:pPr>
              <w:spacing w:after="80"/>
            </w:pPr>
            <w:r>
              <w:t>4. A fair, safe and welcoming Council workplace.</w:t>
            </w:r>
          </w:p>
        </w:tc>
      </w:tr>
    </w:tbl>
    <w:p w14:paraId="003B6031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3E3E1AC" w14:textId="77777777">
        <w:tc>
          <w:tcPr>
            <w:tcW w:w="2551" w:type="dxa"/>
            <w:vAlign w:val="center"/>
          </w:tcPr>
          <w:p w14:paraId="00E5DE3F" w14:textId="49274BBE" w:rsidR="00F5294F" w:rsidRDefault="001F7E5E">
            <w:r>
              <w:rPr>
                <w:noProof/>
              </w:rPr>
              <w:drawing>
                <wp:inline distT="0" distB="0" distL="0" distR="0" wp14:anchorId="039193BD" wp14:editId="23B16E59">
                  <wp:extent cx="1482725" cy="1012825"/>
                  <wp:effectExtent l="0" t="0" r="3175" b="3175"/>
                  <wp:docPr id="1530097625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0097625" name="Picture 1530097625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12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D8BB678" w14:textId="77777777" w:rsidR="00F5294F" w:rsidRDefault="00000000">
            <w:pPr>
              <w:spacing w:after="80"/>
            </w:pPr>
            <w:r>
              <w:t>5. Council working with others and speaking up for the community.</w:t>
            </w:r>
          </w:p>
        </w:tc>
      </w:tr>
    </w:tbl>
    <w:p w14:paraId="4C357847" w14:textId="68E31D92" w:rsidR="00F5294F" w:rsidRPr="001F7E5E" w:rsidRDefault="00000000" w:rsidP="001F7E5E">
      <w:pPr>
        <w:rPr>
          <w:rFonts w:asciiTheme="majorHAnsi" w:hAnsiTheme="majorHAnsi" w:cstheme="majorHAnsi"/>
          <w:b/>
          <w:bCs/>
          <w:sz w:val="40"/>
          <w:szCs w:val="40"/>
        </w:rPr>
      </w:pPr>
      <w:r>
        <w:br w:type="page"/>
      </w:r>
      <w:r w:rsidRPr="001F7E5E">
        <w:rPr>
          <w:rFonts w:asciiTheme="majorHAnsi" w:hAnsiTheme="majorHAnsi" w:cstheme="majorHAnsi"/>
          <w:b/>
          <w:bCs/>
          <w:color w:val="244061" w:themeColor="accent1" w:themeShade="80"/>
          <w:sz w:val="40"/>
          <w:szCs w:val="40"/>
        </w:rPr>
        <w:lastRenderedPageBreak/>
        <w:t>1. Services and activities for everyone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AB2DD34" w14:textId="77777777">
        <w:tc>
          <w:tcPr>
            <w:tcW w:w="2551" w:type="dxa"/>
            <w:vAlign w:val="center"/>
          </w:tcPr>
          <w:p w14:paraId="3A54249E" w14:textId="6E41C729" w:rsidR="00F5294F" w:rsidRDefault="001F7E5E">
            <w:r>
              <w:rPr>
                <w:noProof/>
              </w:rPr>
              <w:drawing>
                <wp:inline distT="0" distB="0" distL="0" distR="0" wp14:anchorId="6C827411" wp14:editId="671EE28E">
                  <wp:extent cx="1482725" cy="984250"/>
                  <wp:effectExtent l="0" t="0" r="3175" b="6350"/>
                  <wp:docPr id="1022988804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2988804" name="Picture 1022988804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84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90D9FA8" w14:textId="77777777" w:rsidR="00F5294F" w:rsidRDefault="00000000">
            <w:pPr>
              <w:spacing w:after="80"/>
            </w:pPr>
            <w:r>
              <w:t>We will offer and support events and programs that welcome different people.</w:t>
            </w:r>
          </w:p>
        </w:tc>
      </w:tr>
    </w:tbl>
    <w:p w14:paraId="2ADCE052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CFCE3F5" w14:textId="77777777">
        <w:tc>
          <w:tcPr>
            <w:tcW w:w="2551" w:type="dxa"/>
            <w:vAlign w:val="center"/>
          </w:tcPr>
          <w:p w14:paraId="769667C0" w14:textId="3322CC58" w:rsidR="00F5294F" w:rsidRDefault="001F7E5E">
            <w:r>
              <w:rPr>
                <w:noProof/>
              </w:rPr>
              <w:drawing>
                <wp:inline distT="0" distB="0" distL="0" distR="0" wp14:anchorId="59062761" wp14:editId="5C212071">
                  <wp:extent cx="1482725" cy="941070"/>
                  <wp:effectExtent l="0" t="0" r="3175" b="0"/>
                  <wp:docPr id="651472634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1472634" name="Picture 65147263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41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3173946" w14:textId="77777777" w:rsidR="00F5294F" w:rsidRDefault="00000000">
            <w:pPr>
              <w:spacing w:after="80"/>
            </w:pPr>
            <w:r>
              <w:t>We will work with people with disability to help make Council services and events easier to use.</w:t>
            </w:r>
          </w:p>
        </w:tc>
      </w:tr>
    </w:tbl>
    <w:p w14:paraId="7CC20A51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02248F79" w14:textId="77777777">
        <w:tc>
          <w:tcPr>
            <w:tcW w:w="2551" w:type="dxa"/>
            <w:vAlign w:val="center"/>
          </w:tcPr>
          <w:p w14:paraId="3B12ADE0" w14:textId="335DBB86" w:rsidR="00F5294F" w:rsidRDefault="00B01AE0">
            <w:r>
              <w:rPr>
                <w:noProof/>
              </w:rPr>
              <w:drawing>
                <wp:inline distT="0" distB="0" distL="0" distR="0" wp14:anchorId="2DEFD222" wp14:editId="1EE8CB32">
                  <wp:extent cx="1482725" cy="1001395"/>
                  <wp:effectExtent l="0" t="0" r="3175" b="1905"/>
                  <wp:docPr id="24691183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911837" name="Picture 246911837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0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6A54C28" w14:textId="77777777" w:rsidR="00F5294F" w:rsidRDefault="00000000">
            <w:pPr>
              <w:spacing w:after="80"/>
            </w:pPr>
            <w:r>
              <w:t>We will make information easier to read and understand.</w:t>
            </w:r>
          </w:p>
          <w:p w14:paraId="1E6775F2" w14:textId="77777777" w:rsidR="00F5294F" w:rsidRDefault="00000000">
            <w:pPr>
              <w:spacing w:after="80"/>
            </w:pPr>
            <w:r>
              <w:t>This can include accessible formats and help with languages.</w:t>
            </w:r>
          </w:p>
        </w:tc>
      </w:tr>
    </w:tbl>
    <w:p w14:paraId="4FA0BE2B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32FA5534" w14:textId="77777777">
        <w:tc>
          <w:tcPr>
            <w:tcW w:w="2551" w:type="dxa"/>
            <w:vAlign w:val="center"/>
          </w:tcPr>
          <w:p w14:paraId="64AC4DB7" w14:textId="27D335ED" w:rsidR="00F5294F" w:rsidRDefault="001F7E5E">
            <w:r>
              <w:rPr>
                <w:noProof/>
              </w:rPr>
              <w:drawing>
                <wp:inline distT="0" distB="0" distL="0" distR="0" wp14:anchorId="6CC88742" wp14:editId="4F86C809">
                  <wp:extent cx="1482725" cy="948055"/>
                  <wp:effectExtent l="0" t="0" r="3175" b="4445"/>
                  <wp:docPr id="1192854446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2854446" name="Picture 1192854446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12E4B02" w14:textId="77777777" w:rsidR="00F5294F" w:rsidRDefault="00000000">
            <w:pPr>
              <w:spacing w:after="80"/>
            </w:pPr>
            <w:r>
              <w:t>We will help people find local support.</w:t>
            </w:r>
          </w:p>
          <w:p w14:paraId="28006A4A" w14:textId="77777777" w:rsidR="00F5294F" w:rsidRDefault="00000000">
            <w:pPr>
              <w:spacing w:after="80"/>
            </w:pPr>
            <w:r>
              <w:t>We will train staff to respond with care to people who have had difficult experiences.</w:t>
            </w:r>
          </w:p>
        </w:tc>
      </w:tr>
    </w:tbl>
    <w:p w14:paraId="48A367D5" w14:textId="77777777" w:rsidR="00F5294F" w:rsidRDefault="00F5294F">
      <w:pPr>
        <w:spacing w:after="0"/>
      </w:pPr>
    </w:p>
    <w:p w14:paraId="3FD33C35" w14:textId="77777777" w:rsidR="00F5294F" w:rsidRDefault="00000000">
      <w:r>
        <w:br w:type="page"/>
      </w:r>
    </w:p>
    <w:p w14:paraId="25B99153" w14:textId="77777777" w:rsidR="00F5294F" w:rsidRDefault="00000000">
      <w:pPr>
        <w:pStyle w:val="Heading1"/>
      </w:pPr>
      <w:r>
        <w:lastRenderedPageBreak/>
        <w:t>2. Places that work for more people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3BABCF75" w14:textId="77777777">
        <w:tc>
          <w:tcPr>
            <w:tcW w:w="2551" w:type="dxa"/>
            <w:vAlign w:val="center"/>
          </w:tcPr>
          <w:p w14:paraId="5B08EF59" w14:textId="6F176AEE" w:rsidR="00F5294F" w:rsidRDefault="009C01C2">
            <w:r>
              <w:rPr>
                <w:noProof/>
              </w:rPr>
              <w:drawing>
                <wp:inline distT="0" distB="0" distL="0" distR="0" wp14:anchorId="706E0CE4" wp14:editId="0FAD3121">
                  <wp:extent cx="1482725" cy="1075055"/>
                  <wp:effectExtent l="0" t="0" r="3175" b="4445"/>
                  <wp:docPr id="456194993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194993" name="Picture 456194993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75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0D30D24" w14:textId="77777777" w:rsidR="00F5294F" w:rsidRDefault="00000000">
            <w:pPr>
              <w:spacing w:after="80"/>
            </w:pPr>
            <w:r>
              <w:t>We will plan Council buildings, parks and other public places with different people’s needs in mind.</w:t>
            </w:r>
          </w:p>
        </w:tc>
      </w:tr>
    </w:tbl>
    <w:p w14:paraId="494289E1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70284091" w14:textId="77777777">
        <w:tc>
          <w:tcPr>
            <w:tcW w:w="2551" w:type="dxa"/>
            <w:vAlign w:val="center"/>
          </w:tcPr>
          <w:p w14:paraId="18B061E5" w14:textId="6FB1412F" w:rsidR="00F5294F" w:rsidRDefault="009C01C2">
            <w:r>
              <w:rPr>
                <w:noProof/>
              </w:rPr>
              <w:drawing>
                <wp:inline distT="0" distB="0" distL="0" distR="0" wp14:anchorId="7E1E9E3C" wp14:editId="3AD5202F">
                  <wp:extent cx="1482725" cy="937260"/>
                  <wp:effectExtent l="0" t="0" r="3175" b="2540"/>
                  <wp:docPr id="832381585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381585" name="Picture 832381585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3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1A849E9" w14:textId="77777777" w:rsidR="00F5294F" w:rsidRDefault="00000000">
            <w:pPr>
              <w:spacing w:after="80"/>
            </w:pPr>
            <w:r>
              <w:t>This includes thinking about access for people with disability when we plan and improve public places.</w:t>
            </w:r>
          </w:p>
        </w:tc>
      </w:tr>
    </w:tbl>
    <w:p w14:paraId="5341DB1C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DCB7DE9" w14:textId="77777777">
        <w:tc>
          <w:tcPr>
            <w:tcW w:w="2551" w:type="dxa"/>
            <w:vAlign w:val="center"/>
          </w:tcPr>
          <w:p w14:paraId="207F9252" w14:textId="6662EBE6" w:rsidR="00F5294F" w:rsidRDefault="009C01C2">
            <w:r>
              <w:rPr>
                <w:noProof/>
              </w:rPr>
              <w:drawing>
                <wp:inline distT="0" distB="0" distL="0" distR="0" wp14:anchorId="7C00B81C" wp14:editId="73FA050D">
                  <wp:extent cx="1482725" cy="949325"/>
                  <wp:effectExtent l="0" t="0" r="3175" b="3175"/>
                  <wp:docPr id="1093187275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3187275" name="Picture 1093187275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4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91D22C3" w14:textId="77777777" w:rsidR="00F5294F" w:rsidRDefault="00000000">
            <w:pPr>
              <w:spacing w:after="80"/>
            </w:pPr>
            <w:r>
              <w:t>We will help people feel safer and prepare for emergencies, such as bushfires and floods.</w:t>
            </w:r>
          </w:p>
        </w:tc>
      </w:tr>
    </w:tbl>
    <w:p w14:paraId="12AA4324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D63899F" w14:textId="77777777">
        <w:tc>
          <w:tcPr>
            <w:tcW w:w="2551" w:type="dxa"/>
            <w:vAlign w:val="center"/>
          </w:tcPr>
          <w:p w14:paraId="28DE7A58" w14:textId="4F62885F" w:rsidR="00F5294F" w:rsidRDefault="009C01C2">
            <w:r>
              <w:rPr>
                <w:noProof/>
              </w:rPr>
              <w:drawing>
                <wp:inline distT="0" distB="0" distL="0" distR="0" wp14:anchorId="12169043" wp14:editId="09F0BD5E">
                  <wp:extent cx="1482725" cy="970915"/>
                  <wp:effectExtent l="0" t="0" r="3175" b="0"/>
                  <wp:docPr id="2021233026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1233026" name="Picture 2021233026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7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A0859A2" w14:textId="77777777" w:rsidR="00F5294F" w:rsidRDefault="00000000">
            <w:pPr>
              <w:spacing w:after="80"/>
            </w:pPr>
            <w:r>
              <w:t>We will share advice about making community places safe and welcoming.</w:t>
            </w:r>
          </w:p>
        </w:tc>
      </w:tr>
    </w:tbl>
    <w:p w14:paraId="5EA376A5" w14:textId="77777777" w:rsidR="00F5294F" w:rsidRDefault="00F5294F">
      <w:pPr>
        <w:spacing w:after="0"/>
      </w:pPr>
    </w:p>
    <w:p w14:paraId="400B88A2" w14:textId="77777777" w:rsidR="00F5294F" w:rsidRDefault="00000000">
      <w:r>
        <w:br w:type="page"/>
      </w:r>
    </w:p>
    <w:p w14:paraId="15858FE3" w14:textId="77777777" w:rsidR="00F5294F" w:rsidRDefault="00000000">
      <w:pPr>
        <w:pStyle w:val="Heading1"/>
      </w:pPr>
      <w:r>
        <w:lastRenderedPageBreak/>
        <w:t>3. A community where everyone can join in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7144286" w14:textId="77777777">
        <w:tc>
          <w:tcPr>
            <w:tcW w:w="2551" w:type="dxa"/>
            <w:vAlign w:val="center"/>
          </w:tcPr>
          <w:p w14:paraId="3FEDB38F" w14:textId="3CB8FD08" w:rsidR="00F5294F" w:rsidRDefault="0084040F">
            <w:r>
              <w:rPr>
                <w:noProof/>
              </w:rPr>
              <w:drawing>
                <wp:inline distT="0" distB="0" distL="0" distR="0" wp14:anchorId="1FCFE989" wp14:editId="0BF2A77D">
                  <wp:extent cx="1482725" cy="981075"/>
                  <wp:effectExtent l="0" t="0" r="3175" b="0"/>
                  <wp:docPr id="77478203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478203" name="Picture 77478203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1D0E425A" w14:textId="77777777" w:rsidR="00F5294F" w:rsidRDefault="00000000">
            <w:pPr>
              <w:spacing w:after="80"/>
            </w:pPr>
            <w:r>
              <w:t>We will support businesses, sports clubs and community groups to welcome different people.</w:t>
            </w:r>
          </w:p>
        </w:tc>
      </w:tr>
    </w:tbl>
    <w:p w14:paraId="6F48E19F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A73DB8C" w14:textId="77777777">
        <w:tc>
          <w:tcPr>
            <w:tcW w:w="2551" w:type="dxa"/>
            <w:vAlign w:val="center"/>
          </w:tcPr>
          <w:p w14:paraId="5A0493E3" w14:textId="7FB88C87" w:rsidR="00F5294F" w:rsidRDefault="009C01C2">
            <w:r>
              <w:rPr>
                <w:noProof/>
              </w:rPr>
              <w:drawing>
                <wp:inline distT="0" distB="0" distL="0" distR="0" wp14:anchorId="65F42554" wp14:editId="62C01BB4">
                  <wp:extent cx="1482725" cy="986155"/>
                  <wp:effectExtent l="0" t="0" r="3175" b="4445"/>
                  <wp:docPr id="1255775198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5775198" name="Picture 1255775198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8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CAA405B" w14:textId="77777777" w:rsidR="00F5294F" w:rsidRDefault="00000000">
            <w:pPr>
              <w:spacing w:after="80"/>
            </w:pPr>
            <w:r>
              <w:t>We will support groups that advise Council, including groups that represent people with disability.</w:t>
            </w:r>
          </w:p>
        </w:tc>
      </w:tr>
    </w:tbl>
    <w:p w14:paraId="39BA4055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108A2665" w14:textId="77777777">
        <w:tc>
          <w:tcPr>
            <w:tcW w:w="2551" w:type="dxa"/>
            <w:vAlign w:val="center"/>
          </w:tcPr>
          <w:p w14:paraId="3942D8BE" w14:textId="619CB90F" w:rsidR="00F5294F" w:rsidRDefault="00C3732A">
            <w:r>
              <w:rPr>
                <w:noProof/>
              </w:rPr>
              <w:drawing>
                <wp:inline distT="0" distB="0" distL="0" distR="0" wp14:anchorId="54745076" wp14:editId="7D4064CF">
                  <wp:extent cx="1482725" cy="994410"/>
                  <wp:effectExtent l="0" t="0" r="3175" b="0"/>
                  <wp:docPr id="17604316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431644" name="Picture 1760431644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94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481BF06" w14:textId="77777777" w:rsidR="00F5294F" w:rsidRDefault="00000000">
            <w:pPr>
              <w:spacing w:after="80"/>
            </w:pPr>
            <w:r>
              <w:t>We will ask people to help shape Council plans and decisions.</w:t>
            </w:r>
          </w:p>
        </w:tc>
      </w:tr>
    </w:tbl>
    <w:p w14:paraId="1EEFA2AC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3A97C463" w14:textId="77777777">
        <w:tc>
          <w:tcPr>
            <w:tcW w:w="2551" w:type="dxa"/>
            <w:vAlign w:val="center"/>
          </w:tcPr>
          <w:p w14:paraId="6A4059E1" w14:textId="76AF0AA9" w:rsidR="00F5294F" w:rsidRDefault="0084040F">
            <w:r>
              <w:rPr>
                <w:noProof/>
              </w:rPr>
              <w:drawing>
                <wp:inline distT="0" distB="0" distL="0" distR="0" wp14:anchorId="3438E138" wp14:editId="7DACDB84">
                  <wp:extent cx="1482725" cy="1026795"/>
                  <wp:effectExtent l="0" t="0" r="3175" b="1905"/>
                  <wp:docPr id="1435492650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492650" name="Picture 1435492650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26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1C4EBD3" w14:textId="77777777" w:rsidR="00F5294F" w:rsidRDefault="00000000">
            <w:pPr>
              <w:spacing w:after="80"/>
            </w:pPr>
            <w:r>
              <w:t>We will show the many different people in our community in Council pictures and information.</w:t>
            </w:r>
          </w:p>
        </w:tc>
      </w:tr>
    </w:tbl>
    <w:p w14:paraId="6B55CF6C" w14:textId="77777777" w:rsidR="00F5294F" w:rsidRDefault="00F5294F">
      <w:pPr>
        <w:spacing w:after="0"/>
      </w:pPr>
    </w:p>
    <w:p w14:paraId="56034AAF" w14:textId="77777777" w:rsidR="00F5294F" w:rsidRDefault="00000000">
      <w:r>
        <w:br w:type="page"/>
      </w:r>
    </w:p>
    <w:p w14:paraId="5754FD5B" w14:textId="77777777" w:rsidR="00F5294F" w:rsidRDefault="00000000">
      <w:pPr>
        <w:pStyle w:val="Heading1"/>
      </w:pPr>
      <w:r>
        <w:lastRenderedPageBreak/>
        <w:t>4. A fair and welcoming workplace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06880C3E" w14:textId="77777777">
        <w:tc>
          <w:tcPr>
            <w:tcW w:w="2551" w:type="dxa"/>
            <w:vAlign w:val="center"/>
          </w:tcPr>
          <w:p w14:paraId="72886778" w14:textId="334284E6" w:rsidR="00F5294F" w:rsidRDefault="0084040F">
            <w:r>
              <w:rPr>
                <w:noProof/>
              </w:rPr>
              <w:drawing>
                <wp:inline distT="0" distB="0" distL="0" distR="0" wp14:anchorId="19F1304E" wp14:editId="6E7E36B7">
                  <wp:extent cx="1482725" cy="934720"/>
                  <wp:effectExtent l="0" t="0" r="3175" b="5080"/>
                  <wp:docPr id="279680831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680831" name="Picture 279680831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34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5F65782" w14:textId="77777777" w:rsidR="00F5294F" w:rsidRDefault="00000000">
            <w:pPr>
              <w:spacing w:after="80"/>
            </w:pPr>
            <w:r>
              <w:t>We want Council to be a safe and welcoming place for staff and volunteers.</w:t>
            </w:r>
          </w:p>
        </w:tc>
      </w:tr>
    </w:tbl>
    <w:p w14:paraId="2C4A5D4C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090EC687" w14:textId="77777777">
        <w:tc>
          <w:tcPr>
            <w:tcW w:w="2551" w:type="dxa"/>
            <w:vAlign w:val="center"/>
          </w:tcPr>
          <w:p w14:paraId="3BE9FDFB" w14:textId="651898EC" w:rsidR="00F5294F" w:rsidRDefault="0084040F">
            <w:r>
              <w:rPr>
                <w:noProof/>
              </w:rPr>
              <w:drawing>
                <wp:inline distT="0" distB="0" distL="0" distR="0" wp14:anchorId="7BAF7BDC" wp14:editId="735C8339">
                  <wp:extent cx="1482725" cy="970915"/>
                  <wp:effectExtent l="0" t="0" r="3175" b="0"/>
                  <wp:docPr id="2097575199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7575199" name="Picture 2097575199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7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1AC16A11" w14:textId="77777777" w:rsidR="00F5294F" w:rsidRDefault="00000000">
            <w:pPr>
              <w:spacing w:after="80"/>
            </w:pPr>
            <w:r>
              <w:t>We will train staff to understand and respond to people’s different needs.</w:t>
            </w:r>
          </w:p>
        </w:tc>
      </w:tr>
    </w:tbl>
    <w:p w14:paraId="16E2CCF0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4814805" w14:textId="77777777">
        <w:tc>
          <w:tcPr>
            <w:tcW w:w="2551" w:type="dxa"/>
            <w:vAlign w:val="center"/>
          </w:tcPr>
          <w:p w14:paraId="15DCC6E4" w14:textId="3BA91287" w:rsidR="00F5294F" w:rsidRDefault="00405456">
            <w:r>
              <w:rPr>
                <w:noProof/>
              </w:rPr>
              <w:drawing>
                <wp:inline distT="0" distB="0" distL="0" distR="0" wp14:anchorId="6038A806" wp14:editId="1C647619">
                  <wp:extent cx="1482725" cy="1003935"/>
                  <wp:effectExtent l="0" t="0" r="3175" b="0"/>
                  <wp:docPr id="478174616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8174616" name="Picture 478174616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03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1C6D90A" w14:textId="77777777" w:rsidR="00F5294F" w:rsidRDefault="00000000">
            <w:pPr>
              <w:spacing w:after="80"/>
            </w:pPr>
            <w:r>
              <w:t>We will work to improve job opportunities at Council for people who face unfair barriers, including people with disability.</w:t>
            </w:r>
          </w:p>
        </w:tc>
      </w:tr>
    </w:tbl>
    <w:p w14:paraId="7EB4DD86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F5CCF63" w14:textId="77777777">
        <w:tc>
          <w:tcPr>
            <w:tcW w:w="2551" w:type="dxa"/>
            <w:vAlign w:val="center"/>
          </w:tcPr>
          <w:p w14:paraId="7BA36B97" w14:textId="0F2B1C2F" w:rsidR="00F5294F" w:rsidRDefault="0084040F">
            <w:r>
              <w:rPr>
                <w:noProof/>
              </w:rPr>
              <w:drawing>
                <wp:inline distT="0" distB="0" distL="0" distR="0" wp14:anchorId="03E4EEE6" wp14:editId="39275DB7">
                  <wp:extent cx="1482725" cy="979805"/>
                  <wp:effectExtent l="0" t="0" r="3175" b="0"/>
                  <wp:docPr id="2081473897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1473897" name="Picture 2081473897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79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763811B" w14:textId="77777777" w:rsidR="00F5294F" w:rsidRDefault="00000000">
            <w:pPr>
              <w:spacing w:after="80"/>
            </w:pPr>
            <w:r>
              <w:t>We will celebrate our different backgrounds and make inclusion part of Council rules and plans.</w:t>
            </w:r>
          </w:p>
        </w:tc>
      </w:tr>
    </w:tbl>
    <w:p w14:paraId="368CD5FE" w14:textId="77777777" w:rsidR="00F5294F" w:rsidRDefault="00F5294F">
      <w:pPr>
        <w:spacing w:after="0"/>
      </w:pPr>
    </w:p>
    <w:p w14:paraId="53FA409F" w14:textId="77777777" w:rsidR="00F5294F" w:rsidRDefault="00000000">
      <w:r>
        <w:br w:type="page"/>
      </w:r>
    </w:p>
    <w:p w14:paraId="428DFB50" w14:textId="77777777" w:rsidR="00F5294F" w:rsidRDefault="00000000">
      <w:pPr>
        <w:pStyle w:val="Heading1"/>
      </w:pPr>
      <w:r>
        <w:lastRenderedPageBreak/>
        <w:t>5. Working together and speaking up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6E0E84B6" w14:textId="77777777">
        <w:tc>
          <w:tcPr>
            <w:tcW w:w="2551" w:type="dxa"/>
            <w:vAlign w:val="center"/>
          </w:tcPr>
          <w:p w14:paraId="5BEF06F3" w14:textId="576011BD" w:rsidR="00F5294F" w:rsidRDefault="00202E22">
            <w:r>
              <w:rPr>
                <w:noProof/>
              </w:rPr>
              <w:drawing>
                <wp:inline distT="0" distB="0" distL="0" distR="0" wp14:anchorId="1B955D83" wp14:editId="50880A8A">
                  <wp:extent cx="1482725" cy="1003300"/>
                  <wp:effectExtent l="0" t="0" r="3175" b="0"/>
                  <wp:docPr id="1047128560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128560" name="Picture 1047128560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BEA7EC7" w14:textId="77777777" w:rsidR="00F5294F" w:rsidRDefault="00000000">
            <w:pPr>
              <w:spacing w:after="80"/>
            </w:pPr>
            <w:r>
              <w:t>Council will work with community groups and other organisations to make Cardinia fairer.</w:t>
            </w:r>
          </w:p>
        </w:tc>
      </w:tr>
    </w:tbl>
    <w:p w14:paraId="3E063407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CAE8810" w14:textId="77777777">
        <w:tc>
          <w:tcPr>
            <w:tcW w:w="2551" w:type="dxa"/>
            <w:vAlign w:val="center"/>
          </w:tcPr>
          <w:p w14:paraId="0F06B867" w14:textId="6CB6A155" w:rsidR="00F5294F" w:rsidRDefault="00202E22">
            <w:r>
              <w:rPr>
                <w:noProof/>
              </w:rPr>
              <w:drawing>
                <wp:inline distT="0" distB="0" distL="0" distR="0" wp14:anchorId="35583031" wp14:editId="133D9A73">
                  <wp:extent cx="1482725" cy="965200"/>
                  <wp:effectExtent l="0" t="0" r="3175" b="0"/>
                  <wp:docPr id="1308060232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8060232" name="Picture 1308060232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6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FDD0251" w14:textId="77777777" w:rsidR="00F5294F" w:rsidRDefault="00000000">
            <w:pPr>
              <w:spacing w:after="80"/>
            </w:pPr>
            <w:r>
              <w:t>We will think about how our decisions affect people of different genders and backgrounds.</w:t>
            </w:r>
          </w:p>
        </w:tc>
      </w:tr>
    </w:tbl>
    <w:p w14:paraId="3EA68EDA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016246C0" w14:textId="77777777">
        <w:tc>
          <w:tcPr>
            <w:tcW w:w="2551" w:type="dxa"/>
            <w:vAlign w:val="center"/>
          </w:tcPr>
          <w:p w14:paraId="16C30E26" w14:textId="625FC089" w:rsidR="00F5294F" w:rsidRDefault="00202E22">
            <w:r>
              <w:rPr>
                <w:noProof/>
              </w:rPr>
              <w:drawing>
                <wp:inline distT="0" distB="0" distL="0" distR="0" wp14:anchorId="0E6A2C54" wp14:editId="6DD7D0D2">
                  <wp:extent cx="1482725" cy="1059815"/>
                  <wp:effectExtent l="0" t="0" r="3175" b="0"/>
                  <wp:docPr id="58875122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875122" name="Picture 58875122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59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402902F" w14:textId="77777777" w:rsidR="00F5294F" w:rsidRDefault="00000000">
            <w:pPr>
              <w:spacing w:after="80"/>
            </w:pPr>
            <w:r>
              <w:t>We will include different community groups, including people with disability, in partnerships and advisory groups.</w:t>
            </w:r>
          </w:p>
        </w:tc>
      </w:tr>
    </w:tbl>
    <w:p w14:paraId="3240E7E7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724D1DBE" w14:textId="77777777">
        <w:tc>
          <w:tcPr>
            <w:tcW w:w="2551" w:type="dxa"/>
            <w:vAlign w:val="center"/>
          </w:tcPr>
          <w:p w14:paraId="7F0D4C93" w14:textId="27917629" w:rsidR="00F5294F" w:rsidRDefault="00202E22">
            <w:r>
              <w:rPr>
                <w:noProof/>
              </w:rPr>
              <w:drawing>
                <wp:inline distT="0" distB="0" distL="0" distR="0" wp14:anchorId="126EC68F" wp14:editId="332D22F7">
                  <wp:extent cx="1482725" cy="1067435"/>
                  <wp:effectExtent l="0" t="0" r="3175" b="0"/>
                  <wp:docPr id="1386057521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6057521" name="Picture 1386057521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67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3C3FAFEE" w14:textId="77777777" w:rsidR="00F5294F" w:rsidRDefault="00000000">
            <w:pPr>
              <w:spacing w:after="80"/>
            </w:pPr>
            <w:r>
              <w:t>We will speak up for changes that help people in our community.</w:t>
            </w:r>
          </w:p>
        </w:tc>
      </w:tr>
    </w:tbl>
    <w:p w14:paraId="137AEB87" w14:textId="77777777" w:rsidR="00F5294F" w:rsidRDefault="00F5294F">
      <w:pPr>
        <w:spacing w:after="0"/>
      </w:pPr>
    </w:p>
    <w:p w14:paraId="6DAA43ED" w14:textId="77777777" w:rsidR="00F5294F" w:rsidRDefault="00000000">
      <w:r>
        <w:br w:type="page"/>
      </w:r>
    </w:p>
    <w:p w14:paraId="37FCC98B" w14:textId="77777777" w:rsidR="00F5294F" w:rsidRDefault="00000000">
      <w:pPr>
        <w:pStyle w:val="Heading1"/>
      </w:pPr>
      <w:r>
        <w:lastRenderedPageBreak/>
        <w:t>How this supports people with disability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8426C0C" w14:textId="77777777">
        <w:tc>
          <w:tcPr>
            <w:tcW w:w="2551" w:type="dxa"/>
            <w:vAlign w:val="center"/>
          </w:tcPr>
          <w:p w14:paraId="77CCA94B" w14:textId="6945FB78" w:rsidR="00F5294F" w:rsidRDefault="00760E69">
            <w:r>
              <w:rPr>
                <w:noProof/>
              </w:rPr>
              <w:drawing>
                <wp:inline distT="0" distB="0" distL="0" distR="0" wp14:anchorId="3CCD0C4D" wp14:editId="25D5EC11">
                  <wp:extent cx="1482725" cy="970280"/>
                  <wp:effectExtent l="0" t="0" r="3175" b="0"/>
                  <wp:docPr id="598339950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8339950" name="Picture 598339950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70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1878D3F" w14:textId="77777777" w:rsidR="00F5294F" w:rsidRDefault="00000000">
            <w:pPr>
              <w:spacing w:after="80"/>
            </w:pPr>
            <w:r>
              <w:t>People with disability should be able to join in community life and help make decisions.</w:t>
            </w:r>
          </w:p>
        </w:tc>
      </w:tr>
    </w:tbl>
    <w:p w14:paraId="3737F11C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F6D204B" w14:textId="77777777">
        <w:tc>
          <w:tcPr>
            <w:tcW w:w="2551" w:type="dxa"/>
            <w:vAlign w:val="center"/>
          </w:tcPr>
          <w:p w14:paraId="7829A1ED" w14:textId="27E95EEA" w:rsidR="00F5294F" w:rsidRDefault="00015AED">
            <w:r>
              <w:rPr>
                <w:noProof/>
              </w:rPr>
              <w:drawing>
                <wp:inline distT="0" distB="0" distL="0" distR="0" wp14:anchorId="3EEAFF8A" wp14:editId="7682089E">
                  <wp:extent cx="1482725" cy="1101725"/>
                  <wp:effectExtent l="0" t="0" r="3175" b="3175"/>
                  <wp:docPr id="55996221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96221" name="Picture 55996221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101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035EA5F" w14:textId="77777777" w:rsidR="00F5294F" w:rsidRDefault="00000000">
            <w:pPr>
              <w:spacing w:after="80"/>
            </w:pPr>
            <w:r>
              <w:t>Council will work to improve access to its places, services, information and events.</w:t>
            </w:r>
          </w:p>
        </w:tc>
      </w:tr>
    </w:tbl>
    <w:p w14:paraId="787CB8BB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756E37D" w14:textId="77777777">
        <w:tc>
          <w:tcPr>
            <w:tcW w:w="2551" w:type="dxa"/>
            <w:vAlign w:val="center"/>
          </w:tcPr>
          <w:p w14:paraId="63C7D5D1" w14:textId="2D9E0746" w:rsidR="00F5294F" w:rsidRDefault="00FA4809">
            <w:r>
              <w:rPr>
                <w:noProof/>
              </w:rPr>
              <w:drawing>
                <wp:inline distT="0" distB="0" distL="0" distR="0" wp14:anchorId="2289CFD7" wp14:editId="5180D742">
                  <wp:extent cx="1482725" cy="1456690"/>
                  <wp:effectExtent l="0" t="0" r="3175" b="3810"/>
                  <wp:docPr id="2070349687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0349687" name="Picture 2070349687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456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462A4BF" w14:textId="77777777" w:rsidR="00F5294F" w:rsidRDefault="00000000">
            <w:pPr>
              <w:spacing w:after="80"/>
            </w:pPr>
            <w:r>
              <w:t>Council will work to improve job opportunities for people with disability.</w:t>
            </w:r>
          </w:p>
        </w:tc>
      </w:tr>
    </w:tbl>
    <w:p w14:paraId="3B6223C7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3D03D885" w14:textId="77777777">
        <w:tc>
          <w:tcPr>
            <w:tcW w:w="2551" w:type="dxa"/>
            <w:vAlign w:val="center"/>
          </w:tcPr>
          <w:p w14:paraId="3F035C50" w14:textId="4AAC38AF" w:rsidR="00F5294F" w:rsidRDefault="00B01AE0">
            <w:r>
              <w:rPr>
                <w:noProof/>
              </w:rPr>
              <w:drawing>
                <wp:inline distT="0" distB="0" distL="0" distR="0" wp14:anchorId="4C077B99" wp14:editId="58905DF0">
                  <wp:extent cx="1482725" cy="1035050"/>
                  <wp:effectExtent l="0" t="0" r="3175" b="6350"/>
                  <wp:docPr id="168564522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5645222" name="Picture 1685645222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35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EF94CCA" w14:textId="77777777" w:rsidR="00F5294F" w:rsidRDefault="00000000">
            <w:pPr>
              <w:spacing w:after="80"/>
            </w:pPr>
            <w:r>
              <w:t>Council will support fair treatment and better understanding of people with disability.</w:t>
            </w:r>
          </w:p>
        </w:tc>
      </w:tr>
    </w:tbl>
    <w:p w14:paraId="579638D0" w14:textId="77777777" w:rsidR="00F5294F" w:rsidRDefault="00F5294F">
      <w:pPr>
        <w:spacing w:after="0"/>
      </w:pPr>
    </w:p>
    <w:p w14:paraId="390E5CE1" w14:textId="77777777" w:rsidR="00F5294F" w:rsidRDefault="00000000">
      <w:r>
        <w:br w:type="page"/>
      </w:r>
    </w:p>
    <w:p w14:paraId="770DEAFE" w14:textId="77777777" w:rsidR="00F5294F" w:rsidRDefault="00000000">
      <w:pPr>
        <w:pStyle w:val="Heading1"/>
      </w:pPr>
      <w:r>
        <w:lastRenderedPageBreak/>
        <w:t>How we will check our work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69D1D47" w14:textId="77777777">
        <w:tc>
          <w:tcPr>
            <w:tcW w:w="2551" w:type="dxa"/>
            <w:vAlign w:val="center"/>
          </w:tcPr>
          <w:p w14:paraId="6BFD0882" w14:textId="709210B9" w:rsidR="00F5294F" w:rsidRDefault="00EB5931">
            <w:r>
              <w:rPr>
                <w:noProof/>
              </w:rPr>
              <w:drawing>
                <wp:inline distT="0" distB="0" distL="0" distR="0" wp14:anchorId="2E98836B" wp14:editId="34CEBF1B">
                  <wp:extent cx="1482725" cy="1254760"/>
                  <wp:effectExtent l="0" t="0" r="3175" b="2540"/>
                  <wp:docPr id="1756592241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6592241" name="Picture 1756592241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254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653C5531" w14:textId="77777777" w:rsidR="00F5294F" w:rsidRDefault="00000000">
            <w:pPr>
              <w:spacing w:after="80"/>
            </w:pPr>
            <w:r>
              <w:t>We will check what we have done and what has improved.</w:t>
            </w:r>
          </w:p>
        </w:tc>
      </w:tr>
    </w:tbl>
    <w:p w14:paraId="64791CE2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3CC7F8FD" w14:textId="77777777">
        <w:tc>
          <w:tcPr>
            <w:tcW w:w="2551" w:type="dxa"/>
            <w:vAlign w:val="center"/>
          </w:tcPr>
          <w:p w14:paraId="1556001E" w14:textId="28BE2EAF" w:rsidR="00F5294F" w:rsidRDefault="00FA4809">
            <w:r>
              <w:rPr>
                <w:noProof/>
              </w:rPr>
              <w:drawing>
                <wp:inline distT="0" distB="0" distL="0" distR="0" wp14:anchorId="2311BC87" wp14:editId="481590A4">
                  <wp:extent cx="1482725" cy="985520"/>
                  <wp:effectExtent l="0" t="0" r="3175" b="5080"/>
                  <wp:docPr id="68936410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9364102" name="Picture 689364102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8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1F4F3599" w14:textId="77777777" w:rsidR="00F5294F" w:rsidRDefault="00000000">
            <w:pPr>
              <w:spacing w:after="80"/>
            </w:pPr>
            <w:r>
              <w:t>We will look at how people use Council services and places.</w:t>
            </w:r>
          </w:p>
        </w:tc>
      </w:tr>
    </w:tbl>
    <w:p w14:paraId="5EA7C38C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91954DB" w14:textId="77777777">
        <w:tc>
          <w:tcPr>
            <w:tcW w:w="2551" w:type="dxa"/>
            <w:vAlign w:val="center"/>
          </w:tcPr>
          <w:p w14:paraId="6505B031" w14:textId="51AC7308" w:rsidR="00F5294F" w:rsidRDefault="00FA4809">
            <w:r>
              <w:rPr>
                <w:noProof/>
              </w:rPr>
              <w:drawing>
                <wp:inline distT="0" distB="0" distL="0" distR="0" wp14:anchorId="5FC5E6A0" wp14:editId="2EBC079F">
                  <wp:extent cx="1482725" cy="1452880"/>
                  <wp:effectExtent l="0" t="0" r="3175" b="0"/>
                  <wp:docPr id="196360265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60265" name="Picture 196360265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45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26453BF1" w14:textId="77777777" w:rsidR="00F5294F" w:rsidRDefault="00000000">
            <w:pPr>
              <w:spacing w:after="80"/>
            </w:pPr>
            <w:r>
              <w:t>We will listen to community feedback, including feedback from people with disability.</w:t>
            </w:r>
          </w:p>
        </w:tc>
      </w:tr>
    </w:tbl>
    <w:p w14:paraId="6BD93A43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5C125DD" w14:textId="77777777">
        <w:tc>
          <w:tcPr>
            <w:tcW w:w="2551" w:type="dxa"/>
            <w:vAlign w:val="center"/>
          </w:tcPr>
          <w:p w14:paraId="079CFAFA" w14:textId="585A59ED" w:rsidR="00F5294F" w:rsidRDefault="00357F76">
            <w:r>
              <w:rPr>
                <w:noProof/>
              </w:rPr>
              <w:drawing>
                <wp:inline distT="0" distB="0" distL="0" distR="0" wp14:anchorId="1D38C226" wp14:editId="6327BC8A">
                  <wp:extent cx="1482725" cy="1073150"/>
                  <wp:effectExtent l="0" t="0" r="3175" b="6350"/>
                  <wp:docPr id="24529488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294884" name="Picture 245294884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7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2C550C2F" w14:textId="77777777" w:rsidR="00F5294F" w:rsidRDefault="00000000">
            <w:pPr>
              <w:spacing w:after="80"/>
            </w:pPr>
            <w:r>
              <w:t>We will report on our progress each year.</w:t>
            </w:r>
          </w:p>
        </w:tc>
      </w:tr>
    </w:tbl>
    <w:p w14:paraId="6DD6715D" w14:textId="77777777" w:rsidR="00F5294F" w:rsidRDefault="00F5294F">
      <w:pPr>
        <w:spacing w:after="0"/>
      </w:pPr>
    </w:p>
    <w:p w14:paraId="56C7F412" w14:textId="77777777" w:rsidR="00F5294F" w:rsidRDefault="00000000">
      <w:r>
        <w:br w:type="page"/>
      </w:r>
    </w:p>
    <w:p w14:paraId="4FEB36F9" w14:textId="77777777" w:rsidR="00F5294F" w:rsidRDefault="00000000">
      <w:pPr>
        <w:pStyle w:val="Heading1"/>
      </w:pPr>
      <w:r>
        <w:lastRenderedPageBreak/>
        <w:t>Tell us what you think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1BB7DD5D" w14:textId="77777777">
        <w:tc>
          <w:tcPr>
            <w:tcW w:w="2551" w:type="dxa"/>
            <w:vAlign w:val="center"/>
          </w:tcPr>
          <w:p w14:paraId="0DA8BF88" w14:textId="58130CAF" w:rsidR="00F5294F" w:rsidRDefault="00357F76">
            <w:r>
              <w:rPr>
                <w:noProof/>
              </w:rPr>
              <w:drawing>
                <wp:inline distT="0" distB="0" distL="0" distR="0" wp14:anchorId="6DDA8271" wp14:editId="585579E8">
                  <wp:extent cx="1482725" cy="1115060"/>
                  <wp:effectExtent l="0" t="0" r="3175" b="2540"/>
                  <wp:docPr id="1260313890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313890" name="Picture 1260313890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115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1DC88C6A" w14:textId="77777777" w:rsidR="00F5294F" w:rsidRDefault="00000000">
            <w:pPr>
              <w:spacing w:after="80"/>
            </w:pPr>
            <w:r>
              <w:t xml:space="preserve">This is a </w:t>
            </w:r>
            <w:r w:rsidRPr="00E31093">
              <w:rPr>
                <w:b/>
                <w:bCs/>
              </w:rPr>
              <w:t xml:space="preserve">draft </w:t>
            </w:r>
            <w:r>
              <w:t>plan.</w:t>
            </w:r>
          </w:p>
          <w:p w14:paraId="31BF8757" w14:textId="77777777" w:rsidR="00F5294F" w:rsidRDefault="00000000">
            <w:pPr>
              <w:spacing w:after="80"/>
            </w:pPr>
            <w:r>
              <w:t>A draft is a plan that is not finished yet.</w:t>
            </w:r>
          </w:p>
        </w:tc>
      </w:tr>
    </w:tbl>
    <w:p w14:paraId="77B3FA92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1270E783" w14:textId="77777777">
        <w:tc>
          <w:tcPr>
            <w:tcW w:w="2551" w:type="dxa"/>
            <w:vAlign w:val="center"/>
          </w:tcPr>
          <w:p w14:paraId="4EA09F4F" w14:textId="6466D44A" w:rsidR="00F5294F" w:rsidRDefault="00B6749C">
            <w:r>
              <w:rPr>
                <w:noProof/>
              </w:rPr>
              <w:drawing>
                <wp:inline distT="0" distB="0" distL="0" distR="0" wp14:anchorId="57EB1397" wp14:editId="661A04A1">
                  <wp:extent cx="1482725" cy="1478915"/>
                  <wp:effectExtent l="0" t="0" r="3175" b="0"/>
                  <wp:docPr id="444183853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183853" name="Picture 444183853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478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30C85AD" w14:textId="77777777" w:rsidR="00F5294F" w:rsidRDefault="00000000">
            <w:pPr>
              <w:spacing w:after="80"/>
            </w:pPr>
            <w:r>
              <w:t>We want to know what you like, what we should change and what else Council could do.</w:t>
            </w:r>
          </w:p>
        </w:tc>
      </w:tr>
    </w:tbl>
    <w:p w14:paraId="106E3FC5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15A47F8F" w14:textId="77777777">
        <w:tc>
          <w:tcPr>
            <w:tcW w:w="2551" w:type="dxa"/>
            <w:vAlign w:val="center"/>
          </w:tcPr>
          <w:p w14:paraId="7091355E" w14:textId="16F48A03" w:rsidR="00F5294F" w:rsidRDefault="00B6749C">
            <w:r>
              <w:rPr>
                <w:noProof/>
              </w:rPr>
              <w:drawing>
                <wp:inline distT="0" distB="0" distL="0" distR="0" wp14:anchorId="3E5F4A1A" wp14:editId="13F5582A">
                  <wp:extent cx="1482725" cy="1494155"/>
                  <wp:effectExtent l="0" t="0" r="3175" b="4445"/>
                  <wp:docPr id="1110296724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0296724" name="Picture 1110296724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49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DB937F6" w14:textId="77777777" w:rsidR="00F5294F" w:rsidRDefault="00000000">
            <w:pPr>
              <w:spacing w:after="80"/>
            </w:pPr>
            <w:r>
              <w:t>You can ask someone to help you give feedback.</w:t>
            </w:r>
          </w:p>
        </w:tc>
      </w:tr>
    </w:tbl>
    <w:p w14:paraId="62BE4459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0B12F51" w14:textId="77777777">
        <w:tc>
          <w:tcPr>
            <w:tcW w:w="2551" w:type="dxa"/>
            <w:vAlign w:val="center"/>
          </w:tcPr>
          <w:p w14:paraId="3850FB66" w14:textId="75940099" w:rsidR="00F5294F" w:rsidRDefault="00B6749C">
            <w:r>
              <w:rPr>
                <w:noProof/>
              </w:rPr>
              <w:drawing>
                <wp:inline distT="0" distB="0" distL="0" distR="0" wp14:anchorId="6F1D3D8C" wp14:editId="0ABC519F">
                  <wp:extent cx="1482725" cy="1468120"/>
                  <wp:effectExtent l="0" t="0" r="3175" b="5080"/>
                  <wp:docPr id="1846946407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6946407" name="Picture 1846946407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46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15C95591" w14:textId="77777777" w:rsidR="00F5294F" w:rsidRDefault="00000000">
            <w:pPr>
              <w:spacing w:after="80"/>
            </w:pPr>
            <w:r>
              <w:t>Please tell us what you think by 17 November 2026.</w:t>
            </w:r>
          </w:p>
          <w:p w14:paraId="67E46986" w14:textId="77777777" w:rsidR="00F5294F" w:rsidRDefault="00000000">
            <w:pPr>
              <w:spacing w:after="80"/>
            </w:pPr>
            <w:r>
              <w:t>Contact Council for ways to give feedback.</w:t>
            </w:r>
          </w:p>
        </w:tc>
      </w:tr>
    </w:tbl>
    <w:p w14:paraId="68711702" w14:textId="77777777" w:rsidR="00F5294F" w:rsidRDefault="00F5294F">
      <w:pPr>
        <w:spacing w:after="0"/>
      </w:pPr>
    </w:p>
    <w:p w14:paraId="0B19C06D" w14:textId="49E7E47E" w:rsidR="00F5294F" w:rsidRPr="00A46F32" w:rsidRDefault="00000000" w:rsidP="00B6749C">
      <w:pPr>
        <w:rPr>
          <w:rFonts w:asciiTheme="majorHAnsi" w:hAnsiTheme="majorHAnsi" w:cstheme="majorHAnsi"/>
          <w:b/>
          <w:bCs/>
          <w:sz w:val="40"/>
          <w:szCs w:val="40"/>
        </w:rPr>
      </w:pPr>
      <w:r>
        <w:br w:type="page"/>
      </w:r>
      <w:r w:rsidRPr="00A46F32">
        <w:rPr>
          <w:rFonts w:asciiTheme="majorHAnsi" w:hAnsiTheme="majorHAnsi" w:cstheme="majorHAnsi"/>
          <w:b/>
          <w:bCs/>
          <w:color w:val="244061" w:themeColor="accent1" w:themeShade="80"/>
          <w:sz w:val="40"/>
          <w:szCs w:val="40"/>
        </w:rPr>
        <w:lastRenderedPageBreak/>
        <w:t>What happens next?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C25799C" w14:textId="77777777">
        <w:tc>
          <w:tcPr>
            <w:tcW w:w="2551" w:type="dxa"/>
            <w:vAlign w:val="center"/>
          </w:tcPr>
          <w:p w14:paraId="75F7DF2D" w14:textId="504864EB" w:rsidR="00F5294F" w:rsidRDefault="00B6749C">
            <w:r>
              <w:rPr>
                <w:noProof/>
              </w:rPr>
              <w:drawing>
                <wp:inline distT="0" distB="0" distL="0" distR="0" wp14:anchorId="04547386" wp14:editId="61B45943">
                  <wp:extent cx="1482725" cy="1502410"/>
                  <wp:effectExtent l="0" t="0" r="3175" b="0"/>
                  <wp:docPr id="3457658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765867" name="Picture 345765867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502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4139A96C" w14:textId="77777777" w:rsidR="00F5294F" w:rsidRDefault="00000000">
            <w:pPr>
              <w:spacing w:after="80"/>
            </w:pPr>
            <w:r>
              <w:t>Council will read and consider the feedback people give us.</w:t>
            </w:r>
          </w:p>
        </w:tc>
      </w:tr>
    </w:tbl>
    <w:p w14:paraId="24B74CA9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7ACE6008" w14:textId="77777777">
        <w:tc>
          <w:tcPr>
            <w:tcW w:w="2551" w:type="dxa"/>
            <w:vAlign w:val="center"/>
          </w:tcPr>
          <w:p w14:paraId="2704B3F5" w14:textId="0DFBF4BC" w:rsidR="00F5294F" w:rsidRDefault="00EB5931">
            <w:r>
              <w:rPr>
                <w:noProof/>
              </w:rPr>
              <w:drawing>
                <wp:inline distT="0" distB="0" distL="0" distR="0" wp14:anchorId="15E893F6" wp14:editId="13A2450D">
                  <wp:extent cx="1482725" cy="1033780"/>
                  <wp:effectExtent l="0" t="0" r="3175" b="0"/>
                  <wp:docPr id="1821853396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853396" name="Picture 1821853396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A787932" w14:textId="77777777" w:rsidR="00F5294F" w:rsidRDefault="00000000">
            <w:pPr>
              <w:spacing w:after="80"/>
            </w:pPr>
            <w:r>
              <w:t>We will use the feedback when we decide on the final plan.</w:t>
            </w:r>
          </w:p>
        </w:tc>
      </w:tr>
    </w:tbl>
    <w:p w14:paraId="5A471043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184FD56" w14:textId="77777777">
        <w:tc>
          <w:tcPr>
            <w:tcW w:w="2551" w:type="dxa"/>
            <w:vAlign w:val="center"/>
          </w:tcPr>
          <w:p w14:paraId="7347AFD5" w14:textId="16D7B96A" w:rsidR="00F5294F" w:rsidRDefault="00B6749C">
            <w:r>
              <w:rPr>
                <w:noProof/>
              </w:rPr>
              <w:drawing>
                <wp:inline distT="0" distB="0" distL="0" distR="0" wp14:anchorId="6CF0CF67" wp14:editId="6570570A">
                  <wp:extent cx="1482725" cy="1508760"/>
                  <wp:effectExtent l="0" t="0" r="3175" b="2540"/>
                  <wp:docPr id="839893595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893595" name="Picture 839893595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50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203161E3" w14:textId="5160C0AE" w:rsidR="00F5294F" w:rsidRDefault="00000000">
            <w:pPr>
              <w:spacing w:after="80"/>
            </w:pPr>
            <w:r>
              <w:t>The plan will guide Council work from 202</w:t>
            </w:r>
            <w:r w:rsidR="00C8659D">
              <w:t xml:space="preserve">6 </w:t>
            </w:r>
            <w:r>
              <w:t>to 203</w:t>
            </w:r>
            <w:r w:rsidR="00C8659D">
              <w:t>0</w:t>
            </w:r>
            <w:r>
              <w:t>.</w:t>
            </w:r>
          </w:p>
        </w:tc>
      </w:tr>
    </w:tbl>
    <w:p w14:paraId="05F784BE" w14:textId="77777777" w:rsidR="00F5294F" w:rsidRDefault="00F5294F">
      <w:pPr>
        <w:spacing w:after="0"/>
      </w:pPr>
    </w:p>
    <w:p w14:paraId="03AC1EDB" w14:textId="77777777" w:rsidR="00F5294F" w:rsidRDefault="00000000">
      <w:r>
        <w:br w:type="page"/>
      </w:r>
    </w:p>
    <w:p w14:paraId="7D286303" w14:textId="77777777" w:rsidR="00F5294F" w:rsidRDefault="00000000">
      <w:pPr>
        <w:pStyle w:val="Heading1"/>
      </w:pPr>
      <w:r>
        <w:lastRenderedPageBreak/>
        <w:t>Word list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7810B573" w14:textId="77777777">
        <w:tc>
          <w:tcPr>
            <w:tcW w:w="2551" w:type="dxa"/>
            <w:vAlign w:val="center"/>
          </w:tcPr>
          <w:p w14:paraId="116B77C8" w14:textId="7C97F34D" w:rsidR="00F5294F" w:rsidRDefault="00B6749C">
            <w:r>
              <w:rPr>
                <w:noProof/>
              </w:rPr>
              <w:drawing>
                <wp:inline distT="0" distB="0" distL="0" distR="0" wp14:anchorId="6C5DBA65" wp14:editId="3345A65A">
                  <wp:extent cx="1482725" cy="1233805"/>
                  <wp:effectExtent l="0" t="0" r="0" b="0"/>
                  <wp:docPr id="611895987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1895987" name="Picture 611895987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233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62DEF9B6" w14:textId="77777777" w:rsidR="00F5294F" w:rsidRPr="009354C8" w:rsidRDefault="00000000">
            <w:pPr>
              <w:spacing w:after="80"/>
              <w:rPr>
                <w:b/>
                <w:bCs/>
              </w:rPr>
            </w:pPr>
            <w:r w:rsidRPr="009354C8">
              <w:rPr>
                <w:b/>
                <w:bCs/>
              </w:rPr>
              <w:t>Accessible</w:t>
            </w:r>
          </w:p>
          <w:p w14:paraId="1F1EB4F4" w14:textId="77777777" w:rsidR="00F5294F" w:rsidRDefault="00000000">
            <w:pPr>
              <w:spacing w:after="80"/>
            </w:pPr>
            <w:r>
              <w:t>Easy for people to get into, understand or use.</w:t>
            </w:r>
          </w:p>
        </w:tc>
      </w:tr>
    </w:tbl>
    <w:p w14:paraId="340E018D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79BC2632" w14:textId="77777777">
        <w:tc>
          <w:tcPr>
            <w:tcW w:w="2551" w:type="dxa"/>
            <w:vAlign w:val="center"/>
          </w:tcPr>
          <w:p w14:paraId="185E52F8" w14:textId="2E321F57" w:rsidR="00F5294F" w:rsidRDefault="00337900">
            <w:r>
              <w:rPr>
                <w:noProof/>
              </w:rPr>
              <w:drawing>
                <wp:inline distT="0" distB="0" distL="0" distR="0" wp14:anchorId="53E90B8B" wp14:editId="5BD68A4C">
                  <wp:extent cx="1482725" cy="1003300"/>
                  <wp:effectExtent l="0" t="0" r="3175" b="0"/>
                  <wp:docPr id="320220194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220194" name="Picture 320220194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03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5A1B847" w14:textId="77777777" w:rsidR="00F5294F" w:rsidRPr="009354C8" w:rsidRDefault="00000000">
            <w:pPr>
              <w:spacing w:after="80"/>
              <w:rPr>
                <w:b/>
                <w:bCs/>
              </w:rPr>
            </w:pPr>
            <w:r w:rsidRPr="009354C8">
              <w:rPr>
                <w:b/>
                <w:bCs/>
              </w:rPr>
              <w:t>Draft</w:t>
            </w:r>
          </w:p>
          <w:p w14:paraId="582760DF" w14:textId="77777777" w:rsidR="00F5294F" w:rsidRDefault="00000000">
            <w:pPr>
              <w:spacing w:after="80"/>
            </w:pPr>
            <w:r>
              <w:t>A plan that is not finished yet.</w:t>
            </w:r>
          </w:p>
        </w:tc>
      </w:tr>
    </w:tbl>
    <w:p w14:paraId="42124E8A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38F6DF24" w14:textId="77777777">
        <w:tc>
          <w:tcPr>
            <w:tcW w:w="2551" w:type="dxa"/>
            <w:vAlign w:val="center"/>
          </w:tcPr>
          <w:p w14:paraId="535BE012" w14:textId="307DC767" w:rsidR="00F5294F" w:rsidRDefault="00A46F32">
            <w:r>
              <w:rPr>
                <w:noProof/>
              </w:rPr>
              <w:drawing>
                <wp:inline distT="0" distB="0" distL="0" distR="0" wp14:anchorId="64578006" wp14:editId="2417C0F4">
                  <wp:extent cx="1482725" cy="956945"/>
                  <wp:effectExtent l="0" t="0" r="3175" b="0"/>
                  <wp:docPr id="1789764820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764820" name="Picture 1789764820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56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6AFE783" w14:textId="77777777" w:rsidR="00F5294F" w:rsidRPr="009354C8" w:rsidRDefault="00000000">
            <w:pPr>
              <w:spacing w:after="80"/>
              <w:rPr>
                <w:b/>
                <w:bCs/>
              </w:rPr>
            </w:pPr>
            <w:r w:rsidRPr="009354C8">
              <w:rPr>
                <w:b/>
                <w:bCs/>
              </w:rPr>
              <w:t>Equity</w:t>
            </w:r>
          </w:p>
          <w:p w14:paraId="25513F51" w14:textId="77777777" w:rsidR="00F5294F" w:rsidRDefault="00000000">
            <w:pPr>
              <w:spacing w:after="80"/>
            </w:pPr>
            <w:r>
              <w:t>Giving people the support they need to have a fair chance.</w:t>
            </w:r>
          </w:p>
        </w:tc>
      </w:tr>
    </w:tbl>
    <w:p w14:paraId="71DB4450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AD5985C" w14:textId="77777777">
        <w:tc>
          <w:tcPr>
            <w:tcW w:w="2551" w:type="dxa"/>
            <w:vAlign w:val="center"/>
          </w:tcPr>
          <w:p w14:paraId="03D8A1E9" w14:textId="1E2A272B" w:rsidR="00F5294F" w:rsidRDefault="00A46F32">
            <w:r>
              <w:rPr>
                <w:noProof/>
              </w:rPr>
              <w:drawing>
                <wp:inline distT="0" distB="0" distL="0" distR="0" wp14:anchorId="522D5B43" wp14:editId="35CA1C17">
                  <wp:extent cx="1482725" cy="1024255"/>
                  <wp:effectExtent l="0" t="0" r="3175" b="4445"/>
                  <wp:docPr id="144835608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8356084" name="Picture 1448356084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024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28C809E3" w14:textId="24E5802E" w:rsidR="00F5294F" w:rsidRDefault="00000000">
            <w:pPr>
              <w:spacing w:after="80"/>
            </w:pPr>
            <w:r>
              <w:t>I</w:t>
            </w:r>
            <w:r w:rsidR="00F10ECC">
              <w:rPr>
                <w:b/>
                <w:bCs/>
              </w:rPr>
              <w:t>nclusion</w:t>
            </w:r>
          </w:p>
          <w:p w14:paraId="1D3023AE" w14:textId="77777777" w:rsidR="00F5294F" w:rsidRDefault="00000000">
            <w:pPr>
              <w:spacing w:after="80"/>
            </w:pPr>
            <w:r>
              <w:t>When people feel welcome and can take part.</w:t>
            </w:r>
          </w:p>
        </w:tc>
      </w:tr>
    </w:tbl>
    <w:p w14:paraId="4F42EC92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09239BA4" w14:textId="77777777">
        <w:tc>
          <w:tcPr>
            <w:tcW w:w="2551" w:type="dxa"/>
            <w:vAlign w:val="center"/>
          </w:tcPr>
          <w:p w14:paraId="557A6D23" w14:textId="7CD17C32" w:rsidR="00F5294F" w:rsidRDefault="00337900">
            <w:r>
              <w:rPr>
                <w:noProof/>
              </w:rPr>
              <w:drawing>
                <wp:inline distT="0" distB="0" distL="0" distR="0" wp14:anchorId="0B968B45" wp14:editId="457D8012">
                  <wp:extent cx="1482725" cy="982980"/>
                  <wp:effectExtent l="0" t="0" r="3175" b="0"/>
                  <wp:docPr id="1897618600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618600" name="Picture 1897618600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8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54B9B839" w14:textId="77777777" w:rsidR="00F5294F" w:rsidRPr="009354C8" w:rsidRDefault="00000000">
            <w:pPr>
              <w:spacing w:after="80"/>
              <w:rPr>
                <w:b/>
                <w:bCs/>
              </w:rPr>
            </w:pPr>
            <w:r w:rsidRPr="009354C8">
              <w:rPr>
                <w:b/>
                <w:bCs/>
              </w:rPr>
              <w:t>Strategy</w:t>
            </w:r>
          </w:p>
          <w:p w14:paraId="73DD3ABF" w14:textId="77777777" w:rsidR="00F5294F" w:rsidRDefault="00000000">
            <w:pPr>
              <w:spacing w:after="80"/>
            </w:pPr>
            <w:r>
              <w:t>A plan for what Council wants to achieve.</w:t>
            </w:r>
          </w:p>
        </w:tc>
      </w:tr>
      <w:tr w:rsidR="009354C8" w14:paraId="69FE20AA" w14:textId="77777777">
        <w:tc>
          <w:tcPr>
            <w:tcW w:w="2551" w:type="dxa"/>
            <w:vAlign w:val="center"/>
          </w:tcPr>
          <w:p w14:paraId="7B674ED1" w14:textId="4B0414A2" w:rsidR="009354C8" w:rsidRDefault="009354C8" w:rsidP="009354C8">
            <w:pPr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6985E05" wp14:editId="4E5BD77B">
                  <wp:extent cx="1482725" cy="982980"/>
                  <wp:effectExtent l="0" t="0" r="3175" b="0"/>
                  <wp:docPr id="1873639527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7618600" name="Picture 1897618600"/>
                          <pic:cNvPicPr/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98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346678A7" w14:textId="7E9A2B3E" w:rsidR="009354C8" w:rsidRPr="009354C8" w:rsidRDefault="009354C8" w:rsidP="009354C8">
            <w:pPr>
              <w:spacing w:after="80"/>
              <w:rPr>
                <w:b/>
                <w:bCs/>
              </w:rPr>
            </w:pPr>
            <w:r>
              <w:rPr>
                <w:b/>
                <w:bCs/>
              </w:rPr>
              <w:t xml:space="preserve">Action Plan </w:t>
            </w:r>
          </w:p>
          <w:p w14:paraId="4547AE7F" w14:textId="267E4D69" w:rsidR="009354C8" w:rsidRPr="009354C8" w:rsidRDefault="009354C8" w:rsidP="009354C8">
            <w:pPr>
              <w:spacing w:after="80"/>
              <w:rPr>
                <w:b/>
                <w:bCs/>
              </w:rPr>
            </w:pPr>
            <w:r>
              <w:t xml:space="preserve">A list of actions that Council will deliver. </w:t>
            </w:r>
          </w:p>
        </w:tc>
      </w:tr>
    </w:tbl>
    <w:p w14:paraId="3616856C" w14:textId="77777777" w:rsidR="00F5294F" w:rsidRDefault="00F5294F">
      <w:pPr>
        <w:spacing w:after="0"/>
      </w:pPr>
    </w:p>
    <w:p w14:paraId="13BAE024" w14:textId="25A46936" w:rsidR="00F5294F" w:rsidRPr="00A46F32" w:rsidRDefault="00000000" w:rsidP="00A46F32">
      <w:pPr>
        <w:rPr>
          <w:rFonts w:asciiTheme="majorHAnsi" w:hAnsiTheme="majorHAnsi" w:cstheme="majorHAnsi"/>
          <w:b/>
          <w:bCs/>
          <w:sz w:val="40"/>
          <w:szCs w:val="40"/>
        </w:rPr>
      </w:pPr>
      <w:r>
        <w:br w:type="page"/>
      </w:r>
      <w:r w:rsidRPr="00A46F32">
        <w:rPr>
          <w:rFonts w:asciiTheme="majorHAnsi" w:hAnsiTheme="majorHAnsi" w:cstheme="majorHAnsi"/>
          <w:b/>
          <w:bCs/>
          <w:color w:val="244061" w:themeColor="accent1" w:themeShade="80"/>
          <w:sz w:val="40"/>
          <w:szCs w:val="40"/>
        </w:rPr>
        <w:lastRenderedPageBreak/>
        <w:t>Contact Council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2F3A8454" w14:textId="77777777">
        <w:tc>
          <w:tcPr>
            <w:tcW w:w="2551" w:type="dxa"/>
            <w:vAlign w:val="center"/>
          </w:tcPr>
          <w:p w14:paraId="03358CDD" w14:textId="4B443937" w:rsidR="00F5294F" w:rsidRDefault="00A46F32">
            <w:r>
              <w:rPr>
                <w:noProof/>
              </w:rPr>
              <w:drawing>
                <wp:inline distT="0" distB="0" distL="0" distR="0" wp14:anchorId="1353D3DE" wp14:editId="417618D4">
                  <wp:extent cx="1482725" cy="1607820"/>
                  <wp:effectExtent l="0" t="0" r="3175" b="5080"/>
                  <wp:docPr id="51980131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80131" name="Picture 51980131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607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3869AE36" w14:textId="77777777" w:rsidR="00F5294F" w:rsidRDefault="00000000">
            <w:pPr>
              <w:spacing w:after="80"/>
            </w:pPr>
            <w:r>
              <w:t>Phone</w:t>
            </w:r>
          </w:p>
          <w:p w14:paraId="494D22BD" w14:textId="77777777" w:rsidR="00F5294F" w:rsidRDefault="00000000">
            <w:pPr>
              <w:spacing w:after="80"/>
            </w:pPr>
            <w:r>
              <w:t>1300 787 624</w:t>
            </w:r>
          </w:p>
        </w:tc>
      </w:tr>
    </w:tbl>
    <w:p w14:paraId="72F351EB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48BDC52A" w14:textId="77777777">
        <w:tc>
          <w:tcPr>
            <w:tcW w:w="2551" w:type="dxa"/>
            <w:vAlign w:val="center"/>
          </w:tcPr>
          <w:p w14:paraId="7B9AA88B" w14:textId="4295F59E" w:rsidR="00F5294F" w:rsidRDefault="00A46F32">
            <w:r>
              <w:rPr>
                <w:noProof/>
              </w:rPr>
              <w:drawing>
                <wp:inline distT="0" distB="0" distL="0" distR="0" wp14:anchorId="0DFC7A4E" wp14:editId="339398DE">
                  <wp:extent cx="1482725" cy="1423035"/>
                  <wp:effectExtent l="0" t="0" r="3175" b="0"/>
                  <wp:docPr id="469724048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9724048" name="Picture 469724048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7740C638" w14:textId="77777777" w:rsidR="00F5294F" w:rsidRDefault="00000000">
            <w:pPr>
              <w:spacing w:after="80"/>
            </w:pPr>
            <w:r>
              <w:t>Email</w:t>
            </w:r>
          </w:p>
          <w:p w14:paraId="0B013793" w14:textId="77777777" w:rsidR="00F5294F" w:rsidRDefault="00000000">
            <w:pPr>
              <w:spacing w:after="80"/>
            </w:pPr>
            <w:r>
              <w:t>mail@cardinia.vic.gov.au</w:t>
            </w:r>
          </w:p>
        </w:tc>
      </w:tr>
    </w:tbl>
    <w:p w14:paraId="3341B007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77F9E337" w14:textId="77777777">
        <w:tc>
          <w:tcPr>
            <w:tcW w:w="2551" w:type="dxa"/>
            <w:vAlign w:val="center"/>
          </w:tcPr>
          <w:p w14:paraId="7A0AD93A" w14:textId="30B91EC0" w:rsidR="00F5294F" w:rsidRDefault="00202E22">
            <w:r>
              <w:rPr>
                <w:noProof/>
              </w:rPr>
              <w:drawing>
                <wp:inline distT="0" distB="0" distL="0" distR="0" wp14:anchorId="48DD6838" wp14:editId="3E073733">
                  <wp:extent cx="1482725" cy="1391285"/>
                  <wp:effectExtent l="0" t="0" r="3175" b="5715"/>
                  <wp:docPr id="772819092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819092" name="Picture 772819092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391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0D3C7A5D" w14:textId="77777777" w:rsidR="00F5294F" w:rsidRDefault="00000000">
            <w:pPr>
              <w:spacing w:after="80"/>
            </w:pPr>
            <w:r>
              <w:t>Website</w:t>
            </w:r>
          </w:p>
          <w:p w14:paraId="642EF1AA" w14:textId="77777777" w:rsidR="00F5294F" w:rsidRDefault="00000000">
            <w:pPr>
              <w:spacing w:after="80"/>
            </w:pPr>
            <w:r>
              <w:t>www.cardinia.vic.gov.au</w:t>
            </w:r>
          </w:p>
        </w:tc>
      </w:tr>
    </w:tbl>
    <w:p w14:paraId="488EBABA" w14:textId="77777777" w:rsidR="00F5294F" w:rsidRDefault="00F5294F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76"/>
      </w:tblGrid>
      <w:tr w:rsidR="00F5294F" w14:paraId="5FAA63F6" w14:textId="77777777">
        <w:tc>
          <w:tcPr>
            <w:tcW w:w="2551" w:type="dxa"/>
            <w:vAlign w:val="center"/>
          </w:tcPr>
          <w:p w14:paraId="269E5441" w14:textId="1F678D7A" w:rsidR="00F5294F" w:rsidRDefault="00A46F32">
            <w:r>
              <w:rPr>
                <w:noProof/>
              </w:rPr>
              <w:drawing>
                <wp:inline distT="0" distB="0" distL="0" distR="0" wp14:anchorId="62AB54DD" wp14:editId="44C08F2D">
                  <wp:extent cx="1482725" cy="1205230"/>
                  <wp:effectExtent l="0" t="0" r="3175" b="1270"/>
                  <wp:docPr id="1170131531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131531" name="Picture 1170131531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2725" cy="1205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6" w:type="dxa"/>
            <w:vAlign w:val="center"/>
          </w:tcPr>
          <w:p w14:paraId="2312FD8F" w14:textId="77777777" w:rsidR="00F5294F" w:rsidRDefault="00000000">
            <w:pPr>
              <w:spacing w:after="80"/>
            </w:pPr>
            <w:r>
              <w:t>Civic Centre</w:t>
            </w:r>
          </w:p>
          <w:p w14:paraId="2A96166A" w14:textId="77777777" w:rsidR="00F5294F" w:rsidRDefault="00000000">
            <w:pPr>
              <w:spacing w:after="80"/>
            </w:pPr>
            <w:r>
              <w:t>20 Siding Avenue</w:t>
            </w:r>
          </w:p>
          <w:p w14:paraId="5AE6B493" w14:textId="77777777" w:rsidR="00F5294F" w:rsidRDefault="00000000">
            <w:pPr>
              <w:spacing w:after="80"/>
            </w:pPr>
            <w:r>
              <w:t>Officer VIC 3809</w:t>
            </w:r>
          </w:p>
        </w:tc>
      </w:tr>
    </w:tbl>
    <w:p w14:paraId="26C9B82C" w14:textId="77777777" w:rsidR="00F5294F" w:rsidRDefault="00F5294F">
      <w:pPr>
        <w:spacing w:after="0"/>
      </w:pPr>
    </w:p>
    <w:p w14:paraId="3F4A11EE" w14:textId="6B658CB3" w:rsidR="00F5294F" w:rsidRDefault="00F5294F" w:rsidP="00A46F32"/>
    <w:sectPr w:rsidR="00F5294F" w:rsidSect="001F7E5E">
      <w:footerReference w:type="default" r:id="rId90"/>
      <w:pgSz w:w="12240" w:h="15840"/>
      <w:pgMar w:top="1077" w:right="1191" w:bottom="633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59EB90E" w14:textId="77777777" w:rsidR="009B7BA2" w:rsidRDefault="009B7BA2">
      <w:pPr>
        <w:spacing w:after="0" w:line="240" w:lineRule="auto"/>
      </w:pPr>
      <w:r>
        <w:separator/>
      </w:r>
    </w:p>
  </w:endnote>
  <w:endnote w:type="continuationSeparator" w:id="0">
    <w:p w14:paraId="400D4DD9" w14:textId="77777777" w:rsidR="009B7BA2" w:rsidRDefault="009B7B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D2DEBF" w14:textId="77777777" w:rsidR="00F5294F" w:rsidRDefault="00000000">
    <w:pPr>
      <w:pStyle w:val="Footer"/>
      <w:jc w:val="right"/>
    </w:pPr>
    <w:r>
      <w:t xml:space="preserve">Cardinia Shire </w:t>
    </w:r>
    <w:proofErr w:type="gramStart"/>
    <w:r>
      <w:t>Council  •</w:t>
    </w:r>
    <w:proofErr w:type="gramEnd"/>
    <w:r>
      <w:t xml:space="preserve">  </w:t>
    </w:r>
    <w:proofErr w:type="gramStart"/>
    <w:r>
      <w:t>DRAFT  •</w:t>
    </w:r>
    <w:proofErr w:type="gramEnd"/>
    <w:r>
      <w:t xml:space="preserve">  </w:t>
    </w:r>
    <w:r>
      <w:fldChar w:fldCharType="begin"/>
    </w:r>
    <w:r>
      <w:instrText>PAGE</w:instrText>
    </w:r>
    <w:r>
      <w:fldChar w:fldCharType="separate"/>
    </w:r>
    <w:r w:rsidR="00D916D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A5FCBE" w14:textId="77777777" w:rsidR="009B7BA2" w:rsidRDefault="009B7BA2">
      <w:pPr>
        <w:spacing w:after="0" w:line="240" w:lineRule="auto"/>
      </w:pPr>
      <w:r>
        <w:separator/>
      </w:r>
    </w:p>
  </w:footnote>
  <w:footnote w:type="continuationSeparator" w:id="0">
    <w:p w14:paraId="32769910" w14:textId="77777777" w:rsidR="009B7BA2" w:rsidRDefault="009B7B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7052123">
    <w:abstractNumId w:val="8"/>
  </w:num>
  <w:num w:numId="2" w16cid:durableId="1931575161">
    <w:abstractNumId w:val="6"/>
  </w:num>
  <w:num w:numId="3" w16cid:durableId="218320881">
    <w:abstractNumId w:val="5"/>
  </w:num>
  <w:num w:numId="4" w16cid:durableId="1798721485">
    <w:abstractNumId w:val="4"/>
  </w:num>
  <w:num w:numId="5" w16cid:durableId="1254434848">
    <w:abstractNumId w:val="7"/>
  </w:num>
  <w:num w:numId="6" w16cid:durableId="1823154130">
    <w:abstractNumId w:val="3"/>
  </w:num>
  <w:num w:numId="7" w16cid:durableId="1409378636">
    <w:abstractNumId w:val="2"/>
  </w:num>
  <w:num w:numId="8" w16cid:durableId="766777382">
    <w:abstractNumId w:val="1"/>
  </w:num>
  <w:num w:numId="9" w16cid:durableId="200095935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5AED"/>
    <w:rsid w:val="00034616"/>
    <w:rsid w:val="00037722"/>
    <w:rsid w:val="0006063C"/>
    <w:rsid w:val="000E1124"/>
    <w:rsid w:val="0015074B"/>
    <w:rsid w:val="001F7E5E"/>
    <w:rsid w:val="00202E22"/>
    <w:rsid w:val="0029639D"/>
    <w:rsid w:val="00326F90"/>
    <w:rsid w:val="00337900"/>
    <w:rsid w:val="00357F76"/>
    <w:rsid w:val="00405456"/>
    <w:rsid w:val="004836D5"/>
    <w:rsid w:val="004F40F6"/>
    <w:rsid w:val="005F4624"/>
    <w:rsid w:val="00697877"/>
    <w:rsid w:val="00760E69"/>
    <w:rsid w:val="0081511F"/>
    <w:rsid w:val="0084040F"/>
    <w:rsid w:val="008C3870"/>
    <w:rsid w:val="008F1298"/>
    <w:rsid w:val="0090617A"/>
    <w:rsid w:val="009354C8"/>
    <w:rsid w:val="009B7BA2"/>
    <w:rsid w:val="009C01C2"/>
    <w:rsid w:val="00A46F32"/>
    <w:rsid w:val="00AA1D8D"/>
    <w:rsid w:val="00B01AE0"/>
    <w:rsid w:val="00B47730"/>
    <w:rsid w:val="00B6749C"/>
    <w:rsid w:val="00C3732A"/>
    <w:rsid w:val="00C4466A"/>
    <w:rsid w:val="00C51AE7"/>
    <w:rsid w:val="00C8659D"/>
    <w:rsid w:val="00CB0664"/>
    <w:rsid w:val="00D916DA"/>
    <w:rsid w:val="00E1085E"/>
    <w:rsid w:val="00E31093"/>
    <w:rsid w:val="00EB3701"/>
    <w:rsid w:val="00EB5931"/>
    <w:rsid w:val="00F10ECC"/>
    <w:rsid w:val="00F34420"/>
    <w:rsid w:val="00F5294F"/>
    <w:rsid w:val="00FA4809"/>
    <w:rsid w:val="00FC693F"/>
    <w:rsid w:val="00FD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F55F41"/>
  <w14:defaultImageDpi w14:val="300"/>
  <w15:docId w15:val="{972F2B5D-E153-0A43-AF5F-79B03931A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4420"/>
    <w:pPr>
      <w:spacing w:after="140" w:line="360" w:lineRule="auto"/>
    </w:pPr>
    <w:rPr>
      <w:rFonts w:ascii="Arial" w:hAnsi="Arial"/>
      <w:color w:val="192435"/>
      <w:sz w:val="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3072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33072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3442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42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344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g"/><Relationship Id="rId21" Type="http://schemas.openxmlformats.org/officeDocument/2006/relationships/image" Target="media/image13.jpg"/><Relationship Id="rId42" Type="http://schemas.openxmlformats.org/officeDocument/2006/relationships/image" Target="media/image34.jpg"/><Relationship Id="rId47" Type="http://schemas.openxmlformats.org/officeDocument/2006/relationships/image" Target="media/image39.jpg"/><Relationship Id="rId63" Type="http://schemas.openxmlformats.org/officeDocument/2006/relationships/image" Target="media/image55.jpg"/><Relationship Id="rId68" Type="http://schemas.openxmlformats.org/officeDocument/2006/relationships/image" Target="media/image60.jpg"/><Relationship Id="rId84" Type="http://schemas.openxmlformats.org/officeDocument/2006/relationships/image" Target="media/image76.jpg"/><Relationship Id="rId89" Type="http://schemas.openxmlformats.org/officeDocument/2006/relationships/image" Target="media/image81.jpg"/><Relationship Id="rId16" Type="http://schemas.openxmlformats.org/officeDocument/2006/relationships/image" Target="media/image8.jpg"/><Relationship Id="rId11" Type="http://schemas.openxmlformats.org/officeDocument/2006/relationships/image" Target="media/image4.jpg"/><Relationship Id="rId32" Type="http://schemas.openxmlformats.org/officeDocument/2006/relationships/image" Target="media/image24.jpg"/><Relationship Id="rId37" Type="http://schemas.openxmlformats.org/officeDocument/2006/relationships/image" Target="media/image29.jpg"/><Relationship Id="rId53" Type="http://schemas.openxmlformats.org/officeDocument/2006/relationships/image" Target="media/image45.jpg"/><Relationship Id="rId58" Type="http://schemas.openxmlformats.org/officeDocument/2006/relationships/image" Target="media/image50.jpg"/><Relationship Id="rId74" Type="http://schemas.openxmlformats.org/officeDocument/2006/relationships/image" Target="media/image66.jpg"/><Relationship Id="rId79" Type="http://schemas.openxmlformats.org/officeDocument/2006/relationships/image" Target="media/image71.jpg"/><Relationship Id="rId5" Type="http://schemas.openxmlformats.org/officeDocument/2006/relationships/webSettings" Target="webSettings.xml"/><Relationship Id="rId90" Type="http://schemas.openxmlformats.org/officeDocument/2006/relationships/footer" Target="footer1.xml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9.jpg"/><Relationship Id="rId30" Type="http://schemas.openxmlformats.org/officeDocument/2006/relationships/image" Target="media/image22.jpg"/><Relationship Id="rId35" Type="http://schemas.openxmlformats.org/officeDocument/2006/relationships/image" Target="media/image27.jpg"/><Relationship Id="rId43" Type="http://schemas.openxmlformats.org/officeDocument/2006/relationships/image" Target="media/image35.jpg"/><Relationship Id="rId48" Type="http://schemas.openxmlformats.org/officeDocument/2006/relationships/image" Target="media/image40.jpg"/><Relationship Id="rId56" Type="http://schemas.openxmlformats.org/officeDocument/2006/relationships/image" Target="media/image48.jpg"/><Relationship Id="rId64" Type="http://schemas.openxmlformats.org/officeDocument/2006/relationships/image" Target="media/image56.jpg"/><Relationship Id="rId69" Type="http://schemas.openxmlformats.org/officeDocument/2006/relationships/image" Target="media/image61.jpg"/><Relationship Id="rId77" Type="http://schemas.openxmlformats.org/officeDocument/2006/relationships/image" Target="media/image69.jpg"/><Relationship Id="rId8" Type="http://schemas.openxmlformats.org/officeDocument/2006/relationships/image" Target="media/image1.jpg"/><Relationship Id="rId51" Type="http://schemas.openxmlformats.org/officeDocument/2006/relationships/image" Target="media/image43.jpg"/><Relationship Id="rId72" Type="http://schemas.openxmlformats.org/officeDocument/2006/relationships/image" Target="media/image64.jpg"/><Relationship Id="rId80" Type="http://schemas.openxmlformats.org/officeDocument/2006/relationships/image" Target="media/image72.jpg"/><Relationship Id="rId85" Type="http://schemas.openxmlformats.org/officeDocument/2006/relationships/image" Target="media/image77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9.jpg"/><Relationship Id="rId25" Type="http://schemas.openxmlformats.org/officeDocument/2006/relationships/image" Target="media/image17.jpg"/><Relationship Id="rId33" Type="http://schemas.openxmlformats.org/officeDocument/2006/relationships/image" Target="media/image25.jpg"/><Relationship Id="rId38" Type="http://schemas.openxmlformats.org/officeDocument/2006/relationships/image" Target="media/image30.jpg"/><Relationship Id="rId46" Type="http://schemas.openxmlformats.org/officeDocument/2006/relationships/image" Target="media/image38.jpg"/><Relationship Id="rId59" Type="http://schemas.openxmlformats.org/officeDocument/2006/relationships/image" Target="media/image51.jpg"/><Relationship Id="rId67" Type="http://schemas.openxmlformats.org/officeDocument/2006/relationships/image" Target="media/image59.jpg"/><Relationship Id="rId20" Type="http://schemas.openxmlformats.org/officeDocument/2006/relationships/image" Target="media/image12.jpg"/><Relationship Id="rId41" Type="http://schemas.openxmlformats.org/officeDocument/2006/relationships/image" Target="media/image33.jpg"/><Relationship Id="rId54" Type="http://schemas.openxmlformats.org/officeDocument/2006/relationships/image" Target="media/image46.jpg"/><Relationship Id="rId62" Type="http://schemas.openxmlformats.org/officeDocument/2006/relationships/image" Target="media/image54.jpg"/><Relationship Id="rId70" Type="http://schemas.openxmlformats.org/officeDocument/2006/relationships/image" Target="media/image62.jpg"/><Relationship Id="rId75" Type="http://schemas.openxmlformats.org/officeDocument/2006/relationships/image" Target="media/image67.jpg"/><Relationship Id="rId83" Type="http://schemas.openxmlformats.org/officeDocument/2006/relationships/image" Target="media/image75.jpg"/><Relationship Id="rId88" Type="http://schemas.openxmlformats.org/officeDocument/2006/relationships/image" Target="media/image80.jpg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20.jpg"/><Relationship Id="rId36" Type="http://schemas.openxmlformats.org/officeDocument/2006/relationships/image" Target="media/image28.jpg"/><Relationship Id="rId49" Type="http://schemas.openxmlformats.org/officeDocument/2006/relationships/image" Target="media/image41.jpg"/><Relationship Id="rId57" Type="http://schemas.openxmlformats.org/officeDocument/2006/relationships/image" Target="media/image49.jpg"/><Relationship Id="rId10" Type="http://schemas.openxmlformats.org/officeDocument/2006/relationships/image" Target="media/image3.jpg"/><Relationship Id="rId31" Type="http://schemas.openxmlformats.org/officeDocument/2006/relationships/image" Target="media/image23.jpg"/><Relationship Id="rId44" Type="http://schemas.openxmlformats.org/officeDocument/2006/relationships/image" Target="media/image36.jpg"/><Relationship Id="rId52" Type="http://schemas.openxmlformats.org/officeDocument/2006/relationships/image" Target="media/image44.jpg"/><Relationship Id="rId60" Type="http://schemas.openxmlformats.org/officeDocument/2006/relationships/image" Target="media/image52.jpg"/><Relationship Id="rId65" Type="http://schemas.openxmlformats.org/officeDocument/2006/relationships/image" Target="media/image57.jpg"/><Relationship Id="rId73" Type="http://schemas.openxmlformats.org/officeDocument/2006/relationships/image" Target="media/image65.jpg"/><Relationship Id="rId78" Type="http://schemas.openxmlformats.org/officeDocument/2006/relationships/image" Target="media/image70.jpg"/><Relationship Id="rId81" Type="http://schemas.openxmlformats.org/officeDocument/2006/relationships/image" Target="media/image73.jpg"/><Relationship Id="rId86" Type="http://schemas.openxmlformats.org/officeDocument/2006/relationships/image" Target="media/image78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3" Type="http://schemas.openxmlformats.org/officeDocument/2006/relationships/hyperlink" Target="http://creating.cardinia.vic.gov.au/" TargetMode="External"/><Relationship Id="rId18" Type="http://schemas.openxmlformats.org/officeDocument/2006/relationships/image" Target="media/image10.jpg"/><Relationship Id="rId39" Type="http://schemas.openxmlformats.org/officeDocument/2006/relationships/image" Target="media/image31.jpg"/><Relationship Id="rId34" Type="http://schemas.openxmlformats.org/officeDocument/2006/relationships/image" Target="media/image26.jpg"/><Relationship Id="rId50" Type="http://schemas.openxmlformats.org/officeDocument/2006/relationships/image" Target="media/image42.jpg"/><Relationship Id="rId55" Type="http://schemas.openxmlformats.org/officeDocument/2006/relationships/image" Target="media/image47.jpg"/><Relationship Id="rId76" Type="http://schemas.openxmlformats.org/officeDocument/2006/relationships/image" Target="media/image68.jpg"/><Relationship Id="rId7" Type="http://schemas.openxmlformats.org/officeDocument/2006/relationships/endnotes" Target="endnotes.xml"/><Relationship Id="rId71" Type="http://schemas.openxmlformats.org/officeDocument/2006/relationships/image" Target="media/image63.jpg"/><Relationship Id="rId92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image" Target="media/image21.jpg"/><Relationship Id="rId24" Type="http://schemas.openxmlformats.org/officeDocument/2006/relationships/image" Target="media/image16.jpg"/><Relationship Id="rId40" Type="http://schemas.openxmlformats.org/officeDocument/2006/relationships/image" Target="media/image32.jpg"/><Relationship Id="rId45" Type="http://schemas.openxmlformats.org/officeDocument/2006/relationships/image" Target="media/image37.jpg"/><Relationship Id="rId66" Type="http://schemas.openxmlformats.org/officeDocument/2006/relationships/image" Target="media/image58.jpg"/><Relationship Id="rId87" Type="http://schemas.openxmlformats.org/officeDocument/2006/relationships/image" Target="media/image79.jpg"/><Relationship Id="rId61" Type="http://schemas.openxmlformats.org/officeDocument/2006/relationships/image" Target="media/image53.jpg"/><Relationship Id="rId82" Type="http://schemas.openxmlformats.org/officeDocument/2006/relationships/image" Target="media/image74.jpg"/><Relationship Id="rId19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23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Emma Carter</cp:lastModifiedBy>
  <cp:revision>2</cp:revision>
  <dcterms:created xsi:type="dcterms:W3CDTF">2026-10-16T13:50:00Z</dcterms:created>
  <dcterms:modified xsi:type="dcterms:W3CDTF">2026-10-16T13:50:00Z</dcterms:modified>
  <cp:category/>
</cp:coreProperties>
</file>